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EB" w:rsidRPr="009A4AD0" w:rsidRDefault="009A4AD0" w:rsidP="009A4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Protokół z posiedzenia Komisji łączonych Rady Gminy Nowa Wieś Wielka</w:t>
      </w:r>
      <w:r w:rsidR="00DE5397" w:rsidRPr="009A4AD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br/>
        <w:t xml:space="preserve">z </w:t>
      </w:r>
      <w:r w:rsidR="0041025E">
        <w:rPr>
          <w:rFonts w:ascii="Times New Roman" w:hAnsi="Times New Roman" w:cs="Times New Roman"/>
          <w:b/>
          <w:sz w:val="24"/>
          <w:szCs w:val="24"/>
          <w:lang w:val="pl-PL"/>
        </w:rPr>
        <w:t xml:space="preserve">dnia </w:t>
      </w:r>
      <w:r w:rsidR="00540857">
        <w:rPr>
          <w:rFonts w:ascii="Times New Roman" w:hAnsi="Times New Roman" w:cs="Times New Roman"/>
          <w:b/>
          <w:sz w:val="24"/>
          <w:szCs w:val="24"/>
          <w:lang w:val="pl-PL"/>
        </w:rPr>
        <w:t>26 maja</w:t>
      </w:r>
      <w:r w:rsidR="0041025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</w:t>
      </w: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r.</w:t>
      </w: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br/>
      </w:r>
    </w:p>
    <w:p w:rsidR="004932EB" w:rsidRPr="009A4AD0" w:rsidRDefault="009A4AD0" w:rsidP="009A4AD0">
      <w:pPr>
        <w:pStyle w:val="Listanumerowana"/>
        <w:numPr>
          <w:ilvl w:val="0"/>
          <w:numId w:val="0"/>
        </w:num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Porządek obrad:</w:t>
      </w:r>
    </w:p>
    <w:p w:rsidR="004932EB" w:rsidRPr="009A4AD0" w:rsidRDefault="009A4AD0" w:rsidP="009A4AD0">
      <w:pPr>
        <w:pStyle w:val="Listapunktowan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1. Otwarcie posiedzenia i stwierdzenie quorum.</w:t>
      </w:r>
    </w:p>
    <w:p w:rsidR="004932EB" w:rsidRPr="009A4AD0" w:rsidRDefault="009A4AD0" w:rsidP="009A4AD0">
      <w:pPr>
        <w:pStyle w:val="Listapunktowan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2. Przyjęcie protokołu poprzedniego posiedzenia komisji łączonych.</w:t>
      </w:r>
    </w:p>
    <w:p w:rsidR="004932EB" w:rsidRPr="009A4AD0" w:rsidRDefault="009A4AD0" w:rsidP="009A4AD0">
      <w:pPr>
        <w:pStyle w:val="Listapunktowan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3. Opiniowanie projektów uchwał i materiałów na X</w:t>
      </w:r>
      <w:r w:rsidR="0041025E">
        <w:rPr>
          <w:rFonts w:ascii="Times New Roman" w:hAnsi="Times New Roman" w:cs="Times New Roman"/>
          <w:sz w:val="24"/>
          <w:szCs w:val="24"/>
          <w:lang w:val="pl-PL"/>
        </w:rPr>
        <w:t>X</w:t>
      </w:r>
      <w:r w:rsidR="00540857">
        <w:rPr>
          <w:rFonts w:ascii="Times New Roman" w:hAnsi="Times New Roman" w:cs="Times New Roman"/>
          <w:sz w:val="24"/>
          <w:szCs w:val="24"/>
          <w:lang w:val="pl-PL"/>
        </w:rPr>
        <w:t>VI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 xml:space="preserve"> sesję Rady Gminy.</w:t>
      </w:r>
    </w:p>
    <w:p w:rsidR="004932EB" w:rsidRPr="009A4AD0" w:rsidRDefault="009A4AD0" w:rsidP="009A4AD0">
      <w:pPr>
        <w:pStyle w:val="Listapunktowan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4. Sprawy różne.</w:t>
      </w:r>
    </w:p>
    <w:p w:rsidR="004932EB" w:rsidRPr="009A4AD0" w:rsidRDefault="009A4AD0" w:rsidP="009A4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5. Zakończenie posiedzenia.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4932EB" w:rsidRPr="009A4AD0" w:rsidRDefault="009A4AD0" w:rsidP="009A4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Ad 1.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E5397" w:rsidRPr="009A4AD0">
        <w:rPr>
          <w:rFonts w:ascii="Times New Roman" w:hAnsi="Times New Roman" w:cs="Times New Roman"/>
          <w:sz w:val="24"/>
          <w:szCs w:val="24"/>
          <w:lang w:val="pl-PL"/>
        </w:rPr>
        <w:t>W posiedzeniu wzięło udział 1</w:t>
      </w:r>
      <w:r w:rsidR="00577718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 xml:space="preserve"> radnych, co stanowiło kworum do prawomocności obrad Komisji.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4932EB" w:rsidRDefault="009A4AD0" w:rsidP="009A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Ad 2.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 xml:space="preserve">Przewodniczący posiedzenia zapytał, czy wszyscy radni zapoznali się 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>z protokołem, po czym zarządził głosowanie nad jego przyjęciem. Protokół został przyjęty jednogłośnie.</w:t>
      </w:r>
    </w:p>
    <w:p w:rsidR="009A4AD0" w:rsidRPr="009A4AD0" w:rsidRDefault="009A4AD0" w:rsidP="009A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4932EB" w:rsidRDefault="009A4AD0" w:rsidP="009A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Ad 3. 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>Opiniowanie pro</w:t>
      </w:r>
      <w:r w:rsidR="0041025E">
        <w:rPr>
          <w:rFonts w:ascii="Times New Roman" w:hAnsi="Times New Roman" w:cs="Times New Roman"/>
          <w:sz w:val="24"/>
          <w:szCs w:val="24"/>
          <w:lang w:val="pl-PL"/>
        </w:rPr>
        <w:t>jektów uchwał i materiałów na X</w:t>
      </w:r>
      <w:r w:rsidR="00C17BA6">
        <w:rPr>
          <w:rFonts w:ascii="Times New Roman" w:hAnsi="Times New Roman" w:cs="Times New Roman"/>
          <w:sz w:val="24"/>
          <w:szCs w:val="24"/>
          <w:lang w:val="pl-PL"/>
        </w:rPr>
        <w:t>X</w:t>
      </w:r>
      <w:r w:rsidR="00DD54A5">
        <w:rPr>
          <w:rFonts w:ascii="Times New Roman" w:hAnsi="Times New Roman" w:cs="Times New Roman"/>
          <w:sz w:val="24"/>
          <w:szCs w:val="24"/>
          <w:lang w:val="pl-PL"/>
        </w:rPr>
        <w:t>II</w:t>
      </w:r>
      <w:r w:rsidR="0041025E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t xml:space="preserve"> sesję Rady Gminy: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w sprawie udzielenia Wójtowi Gminy Nowa Wieś Wielka wotum zaufania.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P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uchwały w sprawie zatwierdzenia sprawozdania finansowego 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wraz ze sprawozdaniem z wykonania budżetu Gminy Nowa Wieś Wielka za 2025 rok, 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w sprawie udzielenia Wójtowi Gminy Nowa Wieś Wielka absolutorium za 2025 rok.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zmieniającej uchwałę w sprawie uchwalenia Wieloletniej Prognozy Finansowej Gminy Nowa Wieś Wielka na lata 2026-2033.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zmieniającej uchwałę w sprawie uchwalenia budżetu Gminy Nowa Wieś Wielka  na 2026 r.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w sprawie przyjęcia planu ogólnego Gminy Nowa Wieś Wielka.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w sprawie wyrażenia zgody na oddanie w dzierżawę nieruchomości rolnych, stanowiących mienie komunalne Gminy.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uchwały w sprawie wyrażenia zgody na oddanie w najem gruntu w drodze bezprzetargowej, pod garaże w Nowej Wsi Wielkiej.   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w sprawie wyrażenia zgody na zbycie części nieruchomości położonej w Brzozie, stanowiącej mienie komunalne Gminy.</w:t>
      </w:r>
    </w:p>
    <w:p w:rsidR="000B2551" w:rsidRPr="00577718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uchwały w sprawie wyrażenia zgody na ustanowienie służebności </w:t>
      </w:r>
      <w:proofErr w:type="spellStart"/>
      <w:r w:rsidRPr="00577718">
        <w:rPr>
          <w:rFonts w:ascii="Times New Roman" w:hAnsi="Times New Roman" w:cs="Times New Roman"/>
          <w:sz w:val="24"/>
          <w:szCs w:val="24"/>
          <w:lang w:val="pl-PL"/>
        </w:rPr>
        <w:t>przesyłu</w:t>
      </w:r>
      <w:proofErr w:type="spellEnd"/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 na rzecz ENEA Operator Sp. z o.o. w Dąbrowie Wielkie i Leszycach.</w:t>
      </w:r>
    </w:p>
    <w:p w:rsidR="000B2551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77718">
        <w:rPr>
          <w:rFonts w:ascii="Times New Roman" w:hAnsi="Times New Roman" w:cs="Times New Roman"/>
          <w:sz w:val="24"/>
          <w:szCs w:val="24"/>
          <w:lang w:val="pl-PL"/>
        </w:rPr>
        <w:t xml:space="preserve">- Opiniowanie projektu </w:t>
      </w:r>
      <w:r w:rsidRPr="00577718">
        <w:rPr>
          <w:rFonts w:ascii="Times New Roman" w:hAnsi="Times New Roman" w:cs="Times New Roman"/>
          <w:sz w:val="24"/>
          <w:szCs w:val="24"/>
          <w:lang w:val="pl-PL"/>
        </w:rPr>
        <w:t>uchwały w sprawie przyjęcia planu nadzoru nad żłobkami, klubami dziecięcymi oraz dziennymi opiekunami.</w:t>
      </w:r>
    </w:p>
    <w:p w:rsidR="000B2551" w:rsidRDefault="000B2551" w:rsidP="00577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B2551">
        <w:rPr>
          <w:rFonts w:ascii="Times New Roman" w:hAnsi="Times New Roman" w:cs="Times New Roman"/>
          <w:sz w:val="24"/>
          <w:szCs w:val="24"/>
          <w:lang w:val="pl-PL"/>
        </w:rPr>
        <w:t>Komisja po przedyskutowaniu projektu uchwały zaopiniowała go pozytywnie.</w:t>
      </w:r>
    </w:p>
    <w:p w:rsidR="00577718" w:rsidRDefault="00577718" w:rsidP="009A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41025E" w:rsidRDefault="009A4AD0" w:rsidP="009A4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bookmarkStart w:id="0" w:name="_GoBack"/>
      <w:bookmarkEnd w:id="0"/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Ad</w:t>
      </w:r>
      <w:r w:rsidR="0041025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4. Sprawy różne:</w:t>
      </w:r>
    </w:p>
    <w:p w:rsidR="004932EB" w:rsidRDefault="009A4AD0" w:rsidP="009A4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Spraw różnych nie zgłoszono.</w:t>
      </w:r>
      <w:r w:rsidRPr="009A4AD0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4932EB" w:rsidRPr="009A4AD0" w:rsidRDefault="009A4AD0" w:rsidP="009A4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b/>
          <w:sz w:val="24"/>
          <w:szCs w:val="24"/>
          <w:lang w:val="pl-PL"/>
        </w:rPr>
        <w:t>Ad 5. Zakończenie posiedzenia:</w:t>
      </w:r>
    </w:p>
    <w:p w:rsidR="004932EB" w:rsidRPr="009A4AD0" w:rsidRDefault="009A4AD0" w:rsidP="009A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A4AD0">
        <w:rPr>
          <w:rFonts w:ascii="Times New Roman" w:hAnsi="Times New Roman" w:cs="Times New Roman"/>
          <w:sz w:val="24"/>
          <w:szCs w:val="24"/>
          <w:lang w:val="pl-PL"/>
        </w:rPr>
        <w:t>Po wyczerpaniu wszystkich punktów porządku obrad, Przewodniczący posiedzenia podziękował wszystkim za udział i dokonał zamknięcia obrad.</w:t>
      </w:r>
    </w:p>
    <w:sectPr w:rsidR="004932EB" w:rsidRPr="009A4A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551"/>
    <w:rsid w:val="0015074B"/>
    <w:rsid w:val="0018215A"/>
    <w:rsid w:val="001F1554"/>
    <w:rsid w:val="002063DD"/>
    <w:rsid w:val="00213106"/>
    <w:rsid w:val="0029639D"/>
    <w:rsid w:val="00326F90"/>
    <w:rsid w:val="0041025E"/>
    <w:rsid w:val="004932EB"/>
    <w:rsid w:val="00540857"/>
    <w:rsid w:val="00577718"/>
    <w:rsid w:val="005D0F57"/>
    <w:rsid w:val="007917C0"/>
    <w:rsid w:val="008769DA"/>
    <w:rsid w:val="009915BA"/>
    <w:rsid w:val="009A4AD0"/>
    <w:rsid w:val="00A47C68"/>
    <w:rsid w:val="00AA1D8D"/>
    <w:rsid w:val="00B47730"/>
    <w:rsid w:val="00B57D55"/>
    <w:rsid w:val="00C17BA6"/>
    <w:rsid w:val="00C33B04"/>
    <w:rsid w:val="00C852D5"/>
    <w:rsid w:val="00CB0664"/>
    <w:rsid w:val="00DD54A5"/>
    <w:rsid w:val="00DE5397"/>
    <w:rsid w:val="00EC42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7058F60-D4D7-49D7-9467-D3D664FE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4324F7-F9A8-4A24-8614-AC3CBA6D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Konto Microsoft</cp:lastModifiedBy>
  <cp:revision>3</cp:revision>
  <dcterms:created xsi:type="dcterms:W3CDTF">2026-06-25T07:34:00Z</dcterms:created>
  <dcterms:modified xsi:type="dcterms:W3CDTF">2026-06-25T08:43:00Z</dcterms:modified>
  <cp:category/>
</cp:coreProperties>
</file>