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3CE3B" w14:textId="652BFF50" w:rsidR="009D531C" w:rsidRPr="00491074" w:rsidRDefault="001B6432" w:rsidP="00491074">
      <w:pPr>
        <w:keepLines/>
        <w:widowControl w:val="0"/>
        <w:spacing w:after="0" w:line="240" w:lineRule="auto"/>
        <w:jc w:val="both"/>
        <w:rPr>
          <w:rFonts w:asciiTheme="majorHAnsi" w:hAnsiTheme="majorHAnsi" w:cstheme="majorHAnsi"/>
          <w:b/>
          <w:sz w:val="26"/>
          <w:szCs w:val="26"/>
          <w:lang w:val="pl-PL"/>
        </w:rPr>
      </w:pPr>
      <w:r w:rsidRPr="00491074">
        <w:rPr>
          <w:rFonts w:asciiTheme="majorHAnsi" w:hAnsiTheme="majorHAnsi" w:cstheme="majorHAnsi"/>
          <w:b/>
          <w:sz w:val="26"/>
          <w:szCs w:val="26"/>
          <w:lang w:val="pl-PL"/>
        </w:rPr>
        <w:t>Sprawozdanie o realizacji uchwał Rady Gminy Nowa Wieś Wielka</w:t>
      </w:r>
      <w:r w:rsidR="006D33F3" w:rsidRPr="00491074">
        <w:rPr>
          <w:rFonts w:asciiTheme="majorHAnsi" w:hAnsiTheme="majorHAnsi" w:cstheme="majorHAnsi"/>
          <w:b/>
          <w:sz w:val="26"/>
          <w:szCs w:val="26"/>
          <w:lang w:val="pl-PL"/>
        </w:rPr>
        <w:t xml:space="preserve"> </w:t>
      </w:r>
      <w:r w:rsidRPr="00491074">
        <w:rPr>
          <w:rFonts w:asciiTheme="majorHAnsi" w:hAnsiTheme="majorHAnsi" w:cstheme="majorHAnsi"/>
          <w:b/>
          <w:sz w:val="26"/>
          <w:szCs w:val="26"/>
          <w:lang w:val="pl-PL"/>
        </w:rPr>
        <w:t>oraz o działalności</w:t>
      </w:r>
      <w:r w:rsidR="006D33F3" w:rsidRPr="00491074">
        <w:rPr>
          <w:rFonts w:asciiTheme="majorHAnsi" w:hAnsiTheme="majorHAnsi" w:cstheme="majorHAnsi"/>
          <w:b/>
          <w:sz w:val="26"/>
          <w:szCs w:val="26"/>
          <w:lang w:val="pl-PL"/>
        </w:rPr>
        <w:t xml:space="preserve"> </w:t>
      </w:r>
      <w:r w:rsidR="00050DEC" w:rsidRPr="00491074">
        <w:rPr>
          <w:rFonts w:asciiTheme="majorHAnsi" w:hAnsiTheme="majorHAnsi" w:cstheme="majorHAnsi"/>
          <w:b/>
          <w:sz w:val="26"/>
          <w:szCs w:val="26"/>
          <w:lang w:val="pl-PL"/>
        </w:rPr>
        <w:br/>
      </w:r>
      <w:r w:rsidRPr="00491074">
        <w:rPr>
          <w:rFonts w:asciiTheme="majorHAnsi" w:hAnsiTheme="majorHAnsi" w:cstheme="majorHAnsi"/>
          <w:b/>
          <w:sz w:val="26"/>
          <w:szCs w:val="26"/>
          <w:lang w:val="pl-PL"/>
        </w:rPr>
        <w:t xml:space="preserve">w okresie między sesjami: od </w:t>
      </w:r>
      <w:r w:rsidR="00DE1D41" w:rsidRPr="00491074">
        <w:rPr>
          <w:rFonts w:asciiTheme="majorHAnsi" w:hAnsiTheme="majorHAnsi" w:cstheme="majorHAnsi"/>
          <w:b/>
          <w:sz w:val="26"/>
          <w:szCs w:val="26"/>
          <w:lang w:val="pl-PL"/>
        </w:rPr>
        <w:t>28</w:t>
      </w:r>
      <w:r w:rsidR="00B4323D" w:rsidRPr="00491074">
        <w:rPr>
          <w:rFonts w:asciiTheme="majorHAnsi" w:hAnsiTheme="majorHAnsi" w:cstheme="majorHAnsi"/>
          <w:b/>
          <w:sz w:val="26"/>
          <w:szCs w:val="26"/>
          <w:lang w:val="pl-PL"/>
        </w:rPr>
        <w:t xml:space="preserve"> maja </w:t>
      </w:r>
      <w:r w:rsidR="00FB646E" w:rsidRPr="00491074">
        <w:rPr>
          <w:rFonts w:asciiTheme="majorHAnsi" w:hAnsiTheme="majorHAnsi" w:cstheme="majorHAnsi"/>
          <w:b/>
          <w:sz w:val="26"/>
          <w:szCs w:val="26"/>
          <w:lang w:val="pl-PL"/>
        </w:rPr>
        <w:t>2026</w:t>
      </w:r>
      <w:r w:rsidR="00B26A4F" w:rsidRPr="00491074">
        <w:rPr>
          <w:rFonts w:asciiTheme="majorHAnsi" w:hAnsiTheme="majorHAnsi" w:cstheme="majorHAnsi"/>
          <w:b/>
          <w:sz w:val="26"/>
          <w:szCs w:val="26"/>
          <w:lang w:val="pl-PL"/>
        </w:rPr>
        <w:t xml:space="preserve"> r.</w:t>
      </w:r>
      <w:r w:rsidR="00EB0B2F" w:rsidRPr="00491074">
        <w:rPr>
          <w:rFonts w:asciiTheme="majorHAnsi" w:hAnsiTheme="majorHAnsi" w:cstheme="majorHAnsi"/>
          <w:b/>
          <w:sz w:val="26"/>
          <w:szCs w:val="26"/>
          <w:lang w:val="pl-PL"/>
        </w:rPr>
        <w:t xml:space="preserve"> </w:t>
      </w:r>
      <w:r w:rsidRPr="00491074">
        <w:rPr>
          <w:rFonts w:asciiTheme="majorHAnsi" w:hAnsiTheme="majorHAnsi" w:cstheme="majorHAnsi"/>
          <w:b/>
          <w:sz w:val="26"/>
          <w:szCs w:val="26"/>
          <w:lang w:val="pl-PL"/>
        </w:rPr>
        <w:t xml:space="preserve">do </w:t>
      </w:r>
      <w:r w:rsidR="00B4323D" w:rsidRPr="00491074">
        <w:rPr>
          <w:rFonts w:asciiTheme="majorHAnsi" w:hAnsiTheme="majorHAnsi" w:cstheme="majorHAnsi"/>
          <w:b/>
          <w:sz w:val="26"/>
          <w:szCs w:val="26"/>
          <w:lang w:val="pl-PL"/>
        </w:rPr>
        <w:t>2</w:t>
      </w:r>
      <w:r w:rsidR="00DE1D41" w:rsidRPr="00491074">
        <w:rPr>
          <w:rFonts w:asciiTheme="majorHAnsi" w:hAnsiTheme="majorHAnsi" w:cstheme="majorHAnsi"/>
          <w:b/>
          <w:sz w:val="26"/>
          <w:szCs w:val="26"/>
          <w:lang w:val="pl-PL"/>
        </w:rPr>
        <w:t xml:space="preserve">9 czerwca </w:t>
      </w:r>
      <w:r w:rsidR="00FB646E" w:rsidRPr="00491074">
        <w:rPr>
          <w:rFonts w:asciiTheme="majorHAnsi" w:hAnsiTheme="majorHAnsi" w:cstheme="majorHAnsi"/>
          <w:b/>
          <w:sz w:val="26"/>
          <w:szCs w:val="26"/>
          <w:lang w:val="pl-PL"/>
        </w:rPr>
        <w:t xml:space="preserve"> </w:t>
      </w:r>
      <w:r w:rsidR="00B26A4F" w:rsidRPr="00491074">
        <w:rPr>
          <w:rFonts w:asciiTheme="majorHAnsi" w:hAnsiTheme="majorHAnsi" w:cstheme="majorHAnsi"/>
          <w:b/>
          <w:sz w:val="26"/>
          <w:szCs w:val="26"/>
          <w:lang w:val="pl-PL"/>
        </w:rPr>
        <w:t>2026 r.</w:t>
      </w:r>
    </w:p>
    <w:p w14:paraId="262B6170" w14:textId="77777777" w:rsidR="00050DEC" w:rsidRPr="00491074" w:rsidRDefault="00050DEC" w:rsidP="00491074">
      <w:pPr>
        <w:keepLines/>
        <w:widowControl w:val="0"/>
        <w:spacing w:after="0" w:line="240" w:lineRule="auto"/>
        <w:jc w:val="both"/>
        <w:rPr>
          <w:rFonts w:asciiTheme="majorHAnsi" w:hAnsiTheme="majorHAnsi" w:cstheme="majorHAnsi"/>
          <w:b/>
          <w:sz w:val="26"/>
          <w:szCs w:val="26"/>
          <w:lang w:val="pl-PL"/>
        </w:rPr>
      </w:pPr>
    </w:p>
    <w:p w14:paraId="680F720A" w14:textId="77777777" w:rsidR="00491074" w:rsidRPr="00491074" w:rsidRDefault="00491074" w:rsidP="00491074">
      <w:pPr>
        <w:keepLines/>
        <w:widowControl w:val="0"/>
        <w:spacing w:after="0" w:line="240" w:lineRule="auto"/>
        <w:jc w:val="both"/>
        <w:rPr>
          <w:rFonts w:asciiTheme="majorHAnsi" w:hAnsiTheme="majorHAnsi" w:cstheme="majorHAnsi"/>
          <w:sz w:val="26"/>
          <w:szCs w:val="26"/>
          <w:lang w:val="pl-PL"/>
        </w:rPr>
      </w:pPr>
      <w:r w:rsidRPr="00491074">
        <w:rPr>
          <w:rFonts w:asciiTheme="majorHAnsi" w:hAnsiTheme="majorHAnsi" w:cstheme="majorHAnsi"/>
          <w:sz w:val="26"/>
          <w:szCs w:val="26"/>
          <w:lang w:val="pl-PL"/>
        </w:rPr>
        <w:t>Panowie Przewodniczący, Panie, Panowie Radni, Szanowni Państwo – zgodnie z § 34 ust. 1 pkt 3 Statutu Gminy Nowa Wieś Wielka, stanowiącego załącznik do uchwały Nr XXVIII/267/13 Rady Gminy Nowa Wieś Wielka z dnia 26 czerwca 2013 r., opublikowanego w Dzienniku Urzędowym Województwa Kujawsko-Pomorskiego z dnia 14 października 2013 r. pod poz. 3045, składam Państwu sprawozdanie z:</w:t>
      </w:r>
    </w:p>
    <w:p w14:paraId="3396E291" w14:textId="77777777" w:rsidR="00491074" w:rsidRPr="00491074" w:rsidRDefault="00491074" w:rsidP="00491074">
      <w:pPr>
        <w:keepLines/>
        <w:widowControl w:val="0"/>
        <w:spacing w:after="0" w:line="240" w:lineRule="auto"/>
        <w:jc w:val="both"/>
        <w:rPr>
          <w:rFonts w:asciiTheme="majorHAnsi" w:hAnsiTheme="majorHAnsi" w:cstheme="majorHAnsi"/>
          <w:sz w:val="26"/>
          <w:szCs w:val="26"/>
          <w:lang w:val="pl-PL"/>
        </w:rPr>
      </w:pPr>
      <w:r w:rsidRPr="00491074">
        <w:rPr>
          <w:rFonts w:asciiTheme="majorHAnsi" w:hAnsiTheme="majorHAnsi" w:cstheme="majorHAnsi"/>
          <w:sz w:val="26"/>
          <w:szCs w:val="26"/>
          <w:lang w:val="pl-PL"/>
        </w:rPr>
        <w:t>- wykonania uchwał podjętych na sesji Rady Gminy w dniu 28 maja 2026 r.</w:t>
      </w:r>
    </w:p>
    <w:p w14:paraId="3E7EB4F6" w14:textId="77777777" w:rsidR="00491074" w:rsidRPr="00491074" w:rsidRDefault="00491074" w:rsidP="00491074">
      <w:pPr>
        <w:keepLines/>
        <w:widowControl w:val="0"/>
        <w:spacing w:after="0" w:line="240" w:lineRule="auto"/>
        <w:jc w:val="both"/>
        <w:rPr>
          <w:rFonts w:asciiTheme="majorHAnsi" w:hAnsiTheme="majorHAnsi" w:cstheme="majorHAnsi"/>
          <w:sz w:val="26"/>
          <w:szCs w:val="26"/>
          <w:lang w:val="pl-PL"/>
        </w:rPr>
      </w:pPr>
      <w:r w:rsidRPr="00491074">
        <w:rPr>
          <w:rFonts w:asciiTheme="majorHAnsi" w:hAnsiTheme="majorHAnsi" w:cstheme="majorHAnsi"/>
          <w:sz w:val="26"/>
          <w:szCs w:val="26"/>
          <w:lang w:val="pl-PL"/>
        </w:rPr>
        <w:t xml:space="preserve">W okresie sprawozdawczym podjęto 12 uchwał, które przekazano do Wydziału Nadzoru i Kontroli Urzędu Wojewódzkiego, umieszczono na stronach Biuletynu Informacji Publicznej. Dwie uchwały przekazano do Publikacji w Dzienniku Urzędowym. Uchwały związane z finansami Gminy przekazano do Regionalnej Izby Obrachunkowej. </w:t>
      </w:r>
    </w:p>
    <w:p w14:paraId="1DF10481" w14:textId="77777777" w:rsidR="00491074" w:rsidRPr="00491074" w:rsidRDefault="00491074" w:rsidP="00491074">
      <w:pPr>
        <w:keepLines/>
        <w:widowControl w:val="0"/>
        <w:spacing w:after="0" w:line="240" w:lineRule="auto"/>
        <w:jc w:val="both"/>
        <w:rPr>
          <w:rFonts w:asciiTheme="majorHAnsi" w:hAnsiTheme="majorHAnsi" w:cstheme="majorHAnsi"/>
          <w:b/>
          <w:sz w:val="26"/>
          <w:szCs w:val="26"/>
          <w:u w:val="single"/>
          <w:lang w:val="pl-PL"/>
        </w:rPr>
      </w:pPr>
    </w:p>
    <w:p w14:paraId="4246991D" w14:textId="77777777" w:rsidR="00491074" w:rsidRPr="00491074" w:rsidRDefault="00491074" w:rsidP="00491074">
      <w:pPr>
        <w:keepLines/>
        <w:widowControl w:val="0"/>
        <w:spacing w:after="0" w:line="240" w:lineRule="auto"/>
        <w:jc w:val="both"/>
        <w:rPr>
          <w:rFonts w:asciiTheme="majorHAnsi" w:hAnsiTheme="majorHAnsi" w:cstheme="majorHAnsi"/>
          <w:b/>
          <w:sz w:val="26"/>
          <w:szCs w:val="26"/>
          <w:u w:val="single"/>
          <w:lang w:val="pl-PL"/>
        </w:rPr>
      </w:pPr>
      <w:r w:rsidRPr="00491074">
        <w:rPr>
          <w:rFonts w:asciiTheme="majorHAnsi" w:hAnsiTheme="majorHAnsi" w:cstheme="majorHAnsi"/>
          <w:b/>
          <w:sz w:val="26"/>
          <w:szCs w:val="26"/>
          <w:u w:val="single"/>
          <w:lang w:val="pl-PL"/>
        </w:rPr>
        <w:t>Realizacja uchwał:</w:t>
      </w:r>
    </w:p>
    <w:p w14:paraId="296CB59E" w14:textId="77777777" w:rsidR="00491074" w:rsidRPr="00491074" w:rsidRDefault="00491074" w:rsidP="00491074">
      <w:pPr>
        <w:keepLines/>
        <w:widowControl w:val="0"/>
        <w:spacing w:after="0" w:line="240" w:lineRule="auto"/>
        <w:jc w:val="both"/>
        <w:rPr>
          <w:rFonts w:asciiTheme="majorHAnsi" w:hAnsiTheme="majorHAnsi" w:cstheme="majorHAnsi"/>
          <w:sz w:val="26"/>
          <w:szCs w:val="26"/>
          <w:lang w:val="pl-PL"/>
        </w:rPr>
      </w:pPr>
    </w:p>
    <w:p w14:paraId="4A803E32" w14:textId="77777777" w:rsidR="00491074" w:rsidRPr="00491074" w:rsidRDefault="00491074" w:rsidP="00491074">
      <w:pPr>
        <w:spacing w:after="0" w:line="240" w:lineRule="auto"/>
        <w:jc w:val="both"/>
        <w:rPr>
          <w:rFonts w:asciiTheme="majorHAnsi" w:hAnsiTheme="majorHAnsi" w:cstheme="majorHAnsi"/>
          <w:sz w:val="26"/>
          <w:szCs w:val="26"/>
          <w:lang w:val="pl-PL"/>
        </w:rPr>
      </w:pPr>
      <w:r w:rsidRPr="00491074">
        <w:rPr>
          <w:rFonts w:asciiTheme="majorHAnsi" w:hAnsiTheme="majorHAnsi" w:cstheme="majorHAnsi"/>
          <w:b/>
          <w:sz w:val="26"/>
          <w:szCs w:val="26"/>
          <w:lang w:val="pl-PL"/>
        </w:rPr>
        <w:t>Uchwała Nr XXVI/198/26 Rady Gminy Nowa Wieś Wielka z dnia 28 maja 2026 r. w sprawie udzielenia Wójtowi Gminy Nowa Wieś Wielka wotum zaufania.</w:t>
      </w:r>
      <w:r w:rsidRPr="00491074">
        <w:rPr>
          <w:rFonts w:asciiTheme="majorHAnsi" w:hAnsiTheme="majorHAnsi" w:cstheme="majorHAnsi"/>
          <w:sz w:val="26"/>
          <w:szCs w:val="26"/>
          <w:lang w:val="pl-PL"/>
        </w:rPr>
        <w:br/>
        <w:t>Realizacja: Uchwała zrealizowana – podjęta zgodnie z obowiązującymi przepisami.</w:t>
      </w:r>
    </w:p>
    <w:p w14:paraId="34DEEF2A" w14:textId="77777777" w:rsidR="00491074" w:rsidRPr="00491074" w:rsidRDefault="00491074" w:rsidP="00491074">
      <w:pPr>
        <w:spacing w:after="0" w:line="240" w:lineRule="auto"/>
        <w:jc w:val="both"/>
        <w:rPr>
          <w:rFonts w:asciiTheme="majorHAnsi" w:hAnsiTheme="majorHAnsi" w:cstheme="majorHAnsi"/>
          <w:b/>
          <w:sz w:val="26"/>
          <w:szCs w:val="26"/>
          <w:lang w:val="pl-PL"/>
        </w:rPr>
      </w:pPr>
    </w:p>
    <w:p w14:paraId="6789E06B" w14:textId="77777777" w:rsidR="00491074" w:rsidRPr="00491074" w:rsidRDefault="00491074" w:rsidP="00491074">
      <w:pPr>
        <w:spacing w:after="0" w:line="240" w:lineRule="auto"/>
        <w:jc w:val="both"/>
        <w:rPr>
          <w:rFonts w:asciiTheme="majorHAnsi" w:hAnsiTheme="majorHAnsi" w:cstheme="majorHAnsi"/>
          <w:sz w:val="26"/>
          <w:szCs w:val="26"/>
          <w:lang w:val="pl-PL"/>
        </w:rPr>
      </w:pPr>
      <w:r w:rsidRPr="00491074">
        <w:rPr>
          <w:rFonts w:asciiTheme="majorHAnsi" w:hAnsiTheme="majorHAnsi" w:cstheme="majorHAnsi"/>
          <w:b/>
          <w:sz w:val="26"/>
          <w:szCs w:val="26"/>
          <w:lang w:val="pl-PL"/>
        </w:rPr>
        <w:t>Uchwała Nr XXVI/199/26 Rady Gminy Nowa Wieś Wielka z dnia 28 maja 2026 r. w sprawie zatwierdzenia sprawozdania finansowego wraz ze sprawozdaniem z wykonania budżetu Gminy Nowa Wieś Wielka za 2025 rok.</w:t>
      </w:r>
      <w:r w:rsidRPr="00491074">
        <w:rPr>
          <w:rFonts w:asciiTheme="majorHAnsi" w:hAnsiTheme="majorHAnsi" w:cstheme="majorHAnsi"/>
          <w:sz w:val="26"/>
          <w:szCs w:val="26"/>
          <w:lang w:val="pl-PL"/>
        </w:rPr>
        <w:br/>
        <w:t>Realizacja: Uchwała przekazana do RIO, sprawozdania zatwierdzone.</w:t>
      </w:r>
    </w:p>
    <w:p w14:paraId="2F73519F" w14:textId="77777777" w:rsidR="00491074" w:rsidRPr="00491074" w:rsidRDefault="00491074" w:rsidP="00491074">
      <w:pPr>
        <w:spacing w:after="0" w:line="240" w:lineRule="auto"/>
        <w:jc w:val="both"/>
        <w:rPr>
          <w:rFonts w:asciiTheme="majorHAnsi" w:hAnsiTheme="majorHAnsi" w:cstheme="majorHAnsi"/>
          <w:sz w:val="26"/>
          <w:szCs w:val="26"/>
          <w:lang w:val="pl-PL"/>
        </w:rPr>
      </w:pPr>
      <w:r w:rsidRPr="00491074">
        <w:rPr>
          <w:rFonts w:asciiTheme="majorHAnsi" w:hAnsiTheme="majorHAnsi" w:cstheme="majorHAnsi"/>
          <w:sz w:val="26"/>
          <w:szCs w:val="26"/>
          <w:lang w:val="pl-PL"/>
        </w:rPr>
        <w:br/>
      </w:r>
      <w:r w:rsidRPr="00491074">
        <w:rPr>
          <w:rFonts w:asciiTheme="majorHAnsi" w:hAnsiTheme="majorHAnsi" w:cstheme="majorHAnsi"/>
          <w:b/>
          <w:sz w:val="26"/>
          <w:szCs w:val="26"/>
          <w:lang w:val="pl-PL"/>
        </w:rPr>
        <w:t>Uchwała Nr XXVI/200/26 Rady Gminy Nowa Wieś Wielka z dnia 28 maja 2026 r. w sprawie udzielenia Wójtowi Gminy Nowa Wieś Wielka absolutorium za 2025 rok.</w:t>
      </w:r>
      <w:r w:rsidRPr="00491074">
        <w:rPr>
          <w:rFonts w:asciiTheme="majorHAnsi" w:hAnsiTheme="majorHAnsi" w:cstheme="majorHAnsi"/>
          <w:sz w:val="26"/>
          <w:szCs w:val="26"/>
          <w:lang w:val="pl-PL"/>
        </w:rPr>
        <w:br/>
        <w:t>Realizacja: Uchwała zrealizowana – Wójt otrzymał absolutorium zgodnie z procedurą.</w:t>
      </w:r>
    </w:p>
    <w:p w14:paraId="760F180D" w14:textId="77777777" w:rsidR="00491074" w:rsidRPr="00491074" w:rsidRDefault="00491074" w:rsidP="00491074">
      <w:pPr>
        <w:keepLines/>
        <w:widowControl w:val="0"/>
        <w:spacing w:after="0" w:line="240" w:lineRule="auto"/>
        <w:jc w:val="both"/>
        <w:rPr>
          <w:rFonts w:asciiTheme="majorHAnsi" w:hAnsiTheme="majorHAnsi" w:cstheme="majorHAnsi"/>
          <w:sz w:val="26"/>
          <w:szCs w:val="26"/>
          <w:lang w:val="pl-PL"/>
        </w:rPr>
      </w:pPr>
    </w:p>
    <w:p w14:paraId="3C1A9C04" w14:textId="77777777" w:rsidR="00491074" w:rsidRPr="00491074" w:rsidRDefault="00491074" w:rsidP="00491074">
      <w:pPr>
        <w:keepLines/>
        <w:widowControl w:val="0"/>
        <w:spacing w:after="0" w:line="240" w:lineRule="auto"/>
        <w:jc w:val="both"/>
        <w:rPr>
          <w:rFonts w:asciiTheme="majorHAnsi" w:hAnsiTheme="majorHAnsi" w:cstheme="majorHAnsi"/>
          <w:sz w:val="26"/>
          <w:szCs w:val="26"/>
          <w:lang w:val="pl-PL"/>
        </w:rPr>
      </w:pPr>
      <w:r w:rsidRPr="00491074">
        <w:rPr>
          <w:rFonts w:asciiTheme="majorHAnsi" w:hAnsiTheme="majorHAnsi" w:cstheme="majorHAnsi"/>
          <w:b/>
          <w:sz w:val="26"/>
          <w:szCs w:val="26"/>
          <w:lang w:val="pl-PL"/>
        </w:rPr>
        <w:t>Uchwała Nr XXVI/201/26 Rady Gminy Nowa Wieś Wielka z dnia 28 maja 2026 r. zmieniająca uchwałę w sprawie uchwalenia Wieloletniej Prognozy Finansowej na lata 2025–2031.</w:t>
      </w:r>
      <w:r w:rsidRPr="00491074">
        <w:rPr>
          <w:rFonts w:asciiTheme="majorHAnsi" w:hAnsiTheme="majorHAnsi" w:cstheme="majorHAnsi"/>
          <w:sz w:val="26"/>
          <w:szCs w:val="26"/>
          <w:lang w:val="pl-PL"/>
        </w:rPr>
        <w:br/>
        <w:t>Realizacja: Przekazano do Referatu Budżetu i Finansów oraz RIO.</w:t>
      </w:r>
    </w:p>
    <w:p w14:paraId="63E01181" w14:textId="77777777" w:rsidR="00491074" w:rsidRPr="00491074" w:rsidRDefault="00491074" w:rsidP="00491074">
      <w:pPr>
        <w:keepLines/>
        <w:widowControl w:val="0"/>
        <w:spacing w:after="0" w:line="240" w:lineRule="auto"/>
        <w:jc w:val="both"/>
        <w:rPr>
          <w:rFonts w:asciiTheme="majorHAnsi" w:hAnsiTheme="majorHAnsi" w:cstheme="majorHAnsi"/>
          <w:sz w:val="26"/>
          <w:szCs w:val="26"/>
          <w:lang w:val="pl-PL"/>
        </w:rPr>
      </w:pPr>
      <w:r w:rsidRPr="00491074">
        <w:rPr>
          <w:rFonts w:asciiTheme="majorHAnsi" w:hAnsiTheme="majorHAnsi" w:cstheme="majorHAnsi"/>
          <w:sz w:val="26"/>
          <w:szCs w:val="26"/>
          <w:lang w:val="pl-PL"/>
        </w:rPr>
        <w:br/>
      </w:r>
      <w:r w:rsidRPr="00491074">
        <w:rPr>
          <w:rFonts w:asciiTheme="majorHAnsi" w:hAnsiTheme="majorHAnsi" w:cstheme="majorHAnsi"/>
          <w:b/>
          <w:sz w:val="26"/>
          <w:szCs w:val="26"/>
          <w:lang w:val="pl-PL"/>
        </w:rPr>
        <w:t>Uchwała Nr XXVI/202/26 Rady Gminy Nowa Wieś Wielka z dnia 28 maja 2026 r. zmieniająca uchwałę w sprawie uchwalenia budżetu Gminy Nowa Wieś Wielka na 2025 r.</w:t>
      </w:r>
      <w:r w:rsidRPr="00491074">
        <w:rPr>
          <w:rFonts w:asciiTheme="majorHAnsi" w:hAnsiTheme="majorHAnsi" w:cstheme="majorHAnsi"/>
          <w:sz w:val="26"/>
          <w:szCs w:val="26"/>
          <w:lang w:val="pl-PL"/>
        </w:rPr>
        <w:br/>
        <w:t>Realizacja: Przekazano do Referatu Budżetu i Finansów, RIO oraz jednostek organizacyjnych Gminy.</w:t>
      </w:r>
    </w:p>
    <w:p w14:paraId="260C69B7" w14:textId="77777777" w:rsidR="00491074" w:rsidRPr="00491074" w:rsidRDefault="00491074" w:rsidP="00491074">
      <w:pPr>
        <w:keepLines/>
        <w:widowControl w:val="0"/>
        <w:spacing w:after="0" w:line="240" w:lineRule="auto"/>
        <w:jc w:val="both"/>
        <w:rPr>
          <w:rFonts w:asciiTheme="majorHAnsi" w:hAnsiTheme="majorHAnsi" w:cstheme="majorHAnsi"/>
          <w:b/>
          <w:sz w:val="26"/>
          <w:szCs w:val="26"/>
          <w:lang w:val="pl-PL"/>
        </w:rPr>
      </w:pPr>
      <w:r w:rsidRPr="00491074">
        <w:rPr>
          <w:rFonts w:asciiTheme="majorHAnsi" w:hAnsiTheme="majorHAnsi" w:cstheme="majorHAnsi"/>
          <w:sz w:val="26"/>
          <w:szCs w:val="26"/>
          <w:lang w:val="pl-PL"/>
        </w:rPr>
        <w:lastRenderedPageBreak/>
        <w:br/>
      </w:r>
      <w:r w:rsidRPr="00491074">
        <w:rPr>
          <w:rFonts w:asciiTheme="majorHAnsi" w:hAnsiTheme="majorHAnsi" w:cstheme="majorHAnsi"/>
          <w:b/>
          <w:sz w:val="26"/>
          <w:szCs w:val="26"/>
          <w:lang w:val="pl-PL"/>
        </w:rPr>
        <w:t>Uchwała Nr XXVI/203/26 Rady Gminy Nowa Wieś Wielka z dnia 28 maja 2026 r. w sprawie uchwalenia planu ogólnego gminy Nowa Wieś Wielka.</w:t>
      </w:r>
    </w:p>
    <w:p w14:paraId="454061E1" w14:textId="77777777" w:rsidR="00491074" w:rsidRPr="00491074" w:rsidRDefault="00491074" w:rsidP="00491074">
      <w:pPr>
        <w:keepLines/>
        <w:widowControl w:val="0"/>
        <w:tabs>
          <w:tab w:val="left" w:pos="3000"/>
        </w:tabs>
        <w:spacing w:after="0" w:line="240" w:lineRule="auto"/>
        <w:jc w:val="both"/>
        <w:rPr>
          <w:rFonts w:asciiTheme="majorHAnsi" w:hAnsiTheme="majorHAnsi" w:cstheme="majorHAnsi"/>
          <w:sz w:val="26"/>
          <w:szCs w:val="26"/>
          <w:lang w:val="pl-PL"/>
        </w:rPr>
      </w:pPr>
      <w:r w:rsidRPr="00491074">
        <w:rPr>
          <w:rFonts w:asciiTheme="majorHAnsi" w:hAnsiTheme="majorHAnsi" w:cstheme="majorHAnsi"/>
          <w:sz w:val="26"/>
          <w:szCs w:val="26"/>
          <w:lang w:val="pl-PL"/>
        </w:rPr>
        <w:t>Realizacja: Przekazano do Referatu Planowania Przestrzennego oraz do publikacji. Plan wszedł w życie z dniem 16 czerwca 2026 r.</w:t>
      </w:r>
    </w:p>
    <w:p w14:paraId="51F7CAC1" w14:textId="77777777" w:rsidR="00491074" w:rsidRPr="00491074" w:rsidRDefault="00491074" w:rsidP="00491074">
      <w:pPr>
        <w:keepLines/>
        <w:widowControl w:val="0"/>
        <w:tabs>
          <w:tab w:val="left" w:pos="3000"/>
        </w:tabs>
        <w:spacing w:after="0" w:line="240" w:lineRule="auto"/>
        <w:jc w:val="both"/>
        <w:rPr>
          <w:rFonts w:asciiTheme="majorHAnsi" w:hAnsiTheme="majorHAnsi" w:cstheme="majorHAnsi"/>
          <w:sz w:val="26"/>
          <w:szCs w:val="26"/>
          <w:lang w:val="pl-PL"/>
        </w:rPr>
      </w:pPr>
      <w:r w:rsidRPr="00491074">
        <w:rPr>
          <w:rFonts w:asciiTheme="majorHAnsi" w:hAnsiTheme="majorHAnsi" w:cstheme="majorHAnsi"/>
          <w:sz w:val="26"/>
          <w:szCs w:val="26"/>
          <w:lang w:val="pl-PL"/>
        </w:rPr>
        <w:tab/>
      </w:r>
    </w:p>
    <w:p w14:paraId="2A2A3C09" w14:textId="77777777" w:rsidR="00491074" w:rsidRPr="00491074" w:rsidRDefault="00491074" w:rsidP="00491074">
      <w:pPr>
        <w:keepLines/>
        <w:widowControl w:val="0"/>
        <w:spacing w:after="0" w:line="240" w:lineRule="auto"/>
        <w:jc w:val="both"/>
        <w:rPr>
          <w:rFonts w:asciiTheme="majorHAnsi" w:hAnsiTheme="majorHAnsi" w:cstheme="majorHAnsi"/>
          <w:sz w:val="26"/>
          <w:szCs w:val="26"/>
          <w:lang w:val="pl-PL"/>
        </w:rPr>
      </w:pPr>
      <w:r w:rsidRPr="00491074">
        <w:rPr>
          <w:rFonts w:asciiTheme="majorHAnsi" w:hAnsiTheme="majorHAnsi" w:cstheme="majorHAnsi"/>
          <w:b/>
          <w:sz w:val="26"/>
          <w:szCs w:val="26"/>
          <w:lang w:val="pl-PL"/>
        </w:rPr>
        <w:t>Uchwała Nr XXVI/204/26 Rady Gminy Nowa Wieś Wielka z dnia 28 maja 2026 r.</w:t>
      </w:r>
      <w:r w:rsidRPr="00491074">
        <w:rPr>
          <w:rFonts w:asciiTheme="majorHAnsi" w:hAnsiTheme="majorHAnsi" w:cstheme="majorHAnsi"/>
          <w:sz w:val="26"/>
          <w:szCs w:val="26"/>
        </w:rPr>
        <w:t xml:space="preserve"> </w:t>
      </w:r>
      <w:r w:rsidRPr="00491074">
        <w:rPr>
          <w:rFonts w:asciiTheme="majorHAnsi" w:hAnsiTheme="majorHAnsi" w:cstheme="majorHAnsi"/>
          <w:b/>
          <w:sz w:val="26"/>
          <w:szCs w:val="26"/>
          <w:lang w:val="pl-PL"/>
        </w:rPr>
        <w:t>w sprawie wyrażenia zgody na oddanie w dzierżawę nieruchomości rolnych, stanowiących mienie komunalne Gminy.</w:t>
      </w:r>
      <w:r w:rsidRPr="00491074">
        <w:rPr>
          <w:rFonts w:asciiTheme="majorHAnsi" w:hAnsiTheme="majorHAnsi" w:cstheme="majorHAnsi"/>
          <w:sz w:val="26"/>
          <w:szCs w:val="26"/>
          <w:lang w:val="pl-PL"/>
        </w:rPr>
        <w:br/>
        <w:t>Realizacja: Przekazano do Referatu Planowania Przestrzennego. Obecnie trwa gromadzenie dokumentacji do podpisania aktu notarialnego.</w:t>
      </w:r>
    </w:p>
    <w:p w14:paraId="314DEAA8" w14:textId="77777777" w:rsidR="00491074" w:rsidRPr="00491074" w:rsidRDefault="00491074" w:rsidP="00491074">
      <w:pPr>
        <w:keepLines/>
        <w:widowControl w:val="0"/>
        <w:spacing w:after="0" w:line="240" w:lineRule="auto"/>
        <w:jc w:val="both"/>
        <w:rPr>
          <w:rFonts w:asciiTheme="majorHAnsi" w:hAnsiTheme="majorHAnsi" w:cstheme="majorHAnsi"/>
          <w:sz w:val="26"/>
          <w:szCs w:val="26"/>
          <w:lang w:val="pl-PL"/>
        </w:rPr>
      </w:pPr>
      <w:r w:rsidRPr="00491074">
        <w:rPr>
          <w:rFonts w:asciiTheme="majorHAnsi" w:hAnsiTheme="majorHAnsi" w:cstheme="majorHAnsi"/>
          <w:sz w:val="26"/>
          <w:szCs w:val="26"/>
          <w:lang w:val="pl-PL"/>
        </w:rPr>
        <w:br/>
      </w:r>
      <w:r w:rsidRPr="00491074">
        <w:rPr>
          <w:rFonts w:asciiTheme="majorHAnsi" w:hAnsiTheme="majorHAnsi" w:cstheme="majorHAnsi"/>
          <w:b/>
          <w:sz w:val="26"/>
          <w:szCs w:val="26"/>
          <w:lang w:val="pl-PL"/>
        </w:rPr>
        <w:t>Uchwała Nr XXVI/205/26 Rady Gminy Nowa Wieś Wielka z dnia 28 maja 2026 r.</w:t>
      </w:r>
      <w:r w:rsidRPr="00491074">
        <w:rPr>
          <w:rFonts w:asciiTheme="majorHAnsi" w:hAnsiTheme="majorHAnsi" w:cstheme="majorHAnsi"/>
          <w:sz w:val="26"/>
          <w:szCs w:val="26"/>
        </w:rPr>
        <w:t xml:space="preserve"> </w:t>
      </w:r>
      <w:r w:rsidRPr="00491074">
        <w:rPr>
          <w:rFonts w:asciiTheme="majorHAnsi" w:hAnsiTheme="majorHAnsi" w:cstheme="majorHAnsi"/>
          <w:b/>
          <w:sz w:val="26"/>
          <w:szCs w:val="26"/>
          <w:lang w:val="pl-PL"/>
        </w:rPr>
        <w:t xml:space="preserve">w sprawie wyrażenia zgody na oddanie w najem gruntu w drodze bezprzetargowej, pod garaże w Nowej Wsi Wielkiej.   </w:t>
      </w:r>
      <w:r w:rsidRPr="00491074">
        <w:rPr>
          <w:rFonts w:asciiTheme="majorHAnsi" w:hAnsiTheme="majorHAnsi" w:cstheme="majorHAnsi"/>
          <w:sz w:val="26"/>
          <w:szCs w:val="26"/>
          <w:lang w:val="pl-PL"/>
        </w:rPr>
        <w:br/>
        <w:t>Realizacja: Przekazano do Referatu Planowania Przestrzennego. Obecnie trwa gromadzenie dokumentacji do podpisania aktu notarialnego.</w:t>
      </w:r>
    </w:p>
    <w:p w14:paraId="152FEA27" w14:textId="77777777" w:rsidR="00491074" w:rsidRPr="00491074" w:rsidRDefault="00491074" w:rsidP="00491074">
      <w:pPr>
        <w:keepLines/>
        <w:widowControl w:val="0"/>
        <w:spacing w:after="0" w:line="240" w:lineRule="auto"/>
        <w:jc w:val="both"/>
        <w:rPr>
          <w:rFonts w:asciiTheme="majorHAnsi" w:hAnsiTheme="majorHAnsi" w:cstheme="majorHAnsi"/>
          <w:b/>
          <w:sz w:val="26"/>
          <w:szCs w:val="26"/>
          <w:lang w:val="pl-PL"/>
        </w:rPr>
      </w:pPr>
      <w:r w:rsidRPr="00491074">
        <w:rPr>
          <w:rFonts w:asciiTheme="majorHAnsi" w:hAnsiTheme="majorHAnsi" w:cstheme="majorHAnsi"/>
          <w:sz w:val="26"/>
          <w:szCs w:val="26"/>
          <w:lang w:val="pl-PL"/>
        </w:rPr>
        <w:br/>
      </w:r>
      <w:r w:rsidRPr="00491074">
        <w:rPr>
          <w:rFonts w:asciiTheme="majorHAnsi" w:hAnsiTheme="majorHAnsi" w:cstheme="majorHAnsi"/>
          <w:b/>
          <w:sz w:val="26"/>
          <w:szCs w:val="26"/>
          <w:lang w:val="pl-PL"/>
        </w:rPr>
        <w:t>Uchwała Nr XXVI/206/26 Rady Gminy Nowa Wieś Wielka z dnia 28 maja 2026 r.</w:t>
      </w:r>
      <w:r w:rsidRPr="00491074">
        <w:rPr>
          <w:rFonts w:asciiTheme="majorHAnsi" w:hAnsiTheme="majorHAnsi" w:cstheme="majorHAnsi"/>
          <w:sz w:val="26"/>
          <w:szCs w:val="26"/>
        </w:rPr>
        <w:t xml:space="preserve"> </w:t>
      </w:r>
      <w:r w:rsidRPr="00491074">
        <w:rPr>
          <w:rFonts w:asciiTheme="majorHAnsi" w:hAnsiTheme="majorHAnsi" w:cstheme="majorHAnsi"/>
          <w:b/>
          <w:sz w:val="26"/>
          <w:szCs w:val="26"/>
          <w:lang w:val="pl-PL"/>
        </w:rPr>
        <w:t>w sprawie wyrażenia zgody na zbycie części nieruchomości położonej w Brzozie, stanowiącej mienie komunalne Gminy.</w:t>
      </w:r>
    </w:p>
    <w:p w14:paraId="6A3699B4" w14:textId="77777777" w:rsidR="00491074" w:rsidRPr="00491074" w:rsidRDefault="00491074" w:rsidP="00491074">
      <w:pPr>
        <w:keepLines/>
        <w:widowControl w:val="0"/>
        <w:spacing w:after="0" w:line="240" w:lineRule="auto"/>
        <w:jc w:val="both"/>
        <w:rPr>
          <w:rFonts w:asciiTheme="majorHAnsi" w:hAnsiTheme="majorHAnsi" w:cstheme="majorHAnsi"/>
          <w:sz w:val="26"/>
          <w:szCs w:val="26"/>
          <w:lang w:val="pl-PL"/>
        </w:rPr>
      </w:pPr>
      <w:r w:rsidRPr="00491074">
        <w:rPr>
          <w:rFonts w:asciiTheme="majorHAnsi" w:hAnsiTheme="majorHAnsi" w:cstheme="majorHAnsi"/>
          <w:sz w:val="26"/>
          <w:szCs w:val="26"/>
          <w:lang w:val="pl-PL"/>
        </w:rPr>
        <w:t>Realizacja: Przekazano do Referatu Planowania Przestrzennego. Obecnie trwa gromadzenie dokumentacji do podpisania aktu notarialnego.</w:t>
      </w:r>
    </w:p>
    <w:p w14:paraId="4BB38FCB" w14:textId="77777777" w:rsidR="00491074" w:rsidRPr="00491074" w:rsidRDefault="00491074" w:rsidP="00491074">
      <w:pPr>
        <w:keepLines/>
        <w:widowControl w:val="0"/>
        <w:spacing w:after="0" w:line="240" w:lineRule="auto"/>
        <w:jc w:val="both"/>
        <w:rPr>
          <w:rFonts w:asciiTheme="majorHAnsi" w:hAnsiTheme="majorHAnsi" w:cstheme="majorHAnsi"/>
          <w:sz w:val="26"/>
          <w:szCs w:val="26"/>
          <w:lang w:val="pl-PL"/>
        </w:rPr>
      </w:pPr>
    </w:p>
    <w:p w14:paraId="42A02CD2" w14:textId="77777777" w:rsidR="00491074" w:rsidRPr="00491074" w:rsidRDefault="00491074" w:rsidP="00491074">
      <w:pPr>
        <w:keepLines/>
        <w:widowControl w:val="0"/>
        <w:spacing w:after="0" w:line="240" w:lineRule="auto"/>
        <w:jc w:val="both"/>
        <w:rPr>
          <w:rFonts w:asciiTheme="majorHAnsi" w:hAnsiTheme="majorHAnsi" w:cstheme="majorHAnsi"/>
          <w:b/>
          <w:sz w:val="26"/>
          <w:szCs w:val="26"/>
          <w:lang w:val="pl-PL"/>
        </w:rPr>
      </w:pPr>
      <w:r w:rsidRPr="00491074">
        <w:rPr>
          <w:rFonts w:asciiTheme="majorHAnsi" w:hAnsiTheme="majorHAnsi" w:cstheme="majorHAnsi"/>
          <w:b/>
          <w:sz w:val="26"/>
          <w:szCs w:val="26"/>
          <w:lang w:val="pl-PL"/>
        </w:rPr>
        <w:t xml:space="preserve">Uchwała Nr XXVI/207/26 Rady Gminy Nowa Wieś Wielka z dnia 28 maja 2026 r. w sprawie wyrażenia zgody na ustanowienie służebności </w:t>
      </w:r>
      <w:proofErr w:type="spellStart"/>
      <w:r w:rsidRPr="00491074">
        <w:rPr>
          <w:rFonts w:asciiTheme="majorHAnsi" w:hAnsiTheme="majorHAnsi" w:cstheme="majorHAnsi"/>
          <w:b/>
          <w:sz w:val="26"/>
          <w:szCs w:val="26"/>
          <w:lang w:val="pl-PL"/>
        </w:rPr>
        <w:t>przesyłu</w:t>
      </w:r>
      <w:proofErr w:type="spellEnd"/>
      <w:r w:rsidRPr="00491074">
        <w:rPr>
          <w:rFonts w:asciiTheme="majorHAnsi" w:hAnsiTheme="majorHAnsi" w:cstheme="majorHAnsi"/>
          <w:b/>
          <w:sz w:val="26"/>
          <w:szCs w:val="26"/>
          <w:lang w:val="pl-PL"/>
        </w:rPr>
        <w:t xml:space="preserve"> na rzecz ENEA Operator Sp. z o.o. w Dąbrowie Wielkie i Leszycach.</w:t>
      </w:r>
    </w:p>
    <w:p w14:paraId="15E45879" w14:textId="77777777" w:rsidR="00491074" w:rsidRPr="00491074" w:rsidRDefault="00491074" w:rsidP="00491074">
      <w:pPr>
        <w:keepLines/>
        <w:widowControl w:val="0"/>
        <w:spacing w:after="0" w:line="240" w:lineRule="auto"/>
        <w:jc w:val="both"/>
        <w:rPr>
          <w:rFonts w:asciiTheme="majorHAnsi" w:hAnsiTheme="majorHAnsi" w:cstheme="majorHAnsi"/>
          <w:sz w:val="26"/>
          <w:szCs w:val="26"/>
          <w:lang w:val="pl-PL"/>
        </w:rPr>
      </w:pPr>
      <w:r w:rsidRPr="00491074">
        <w:rPr>
          <w:rFonts w:asciiTheme="majorHAnsi" w:hAnsiTheme="majorHAnsi" w:cstheme="majorHAnsi"/>
          <w:sz w:val="26"/>
          <w:szCs w:val="26"/>
          <w:lang w:val="pl-PL"/>
        </w:rPr>
        <w:t>Realizacja: Przekazano do Referatu Planowania Przestrzennego. Obecnie trwa gromadzenie dokumentacji do podpisania aktu notarialnego.</w:t>
      </w:r>
    </w:p>
    <w:p w14:paraId="7422C7CF" w14:textId="77777777" w:rsidR="00491074" w:rsidRPr="00491074" w:rsidRDefault="00491074" w:rsidP="00491074">
      <w:pPr>
        <w:keepLines/>
        <w:widowControl w:val="0"/>
        <w:spacing w:after="0" w:line="240" w:lineRule="auto"/>
        <w:jc w:val="both"/>
        <w:rPr>
          <w:rFonts w:asciiTheme="majorHAnsi" w:hAnsiTheme="majorHAnsi" w:cstheme="majorHAnsi"/>
          <w:sz w:val="26"/>
          <w:szCs w:val="26"/>
          <w:lang w:val="pl-PL"/>
        </w:rPr>
      </w:pPr>
      <w:r w:rsidRPr="00491074">
        <w:rPr>
          <w:rFonts w:asciiTheme="majorHAnsi" w:hAnsiTheme="majorHAnsi" w:cstheme="majorHAnsi"/>
          <w:sz w:val="26"/>
          <w:szCs w:val="26"/>
          <w:lang w:val="pl-PL"/>
        </w:rPr>
        <w:br/>
      </w:r>
      <w:r w:rsidRPr="00491074">
        <w:rPr>
          <w:rFonts w:asciiTheme="majorHAnsi" w:hAnsiTheme="majorHAnsi" w:cstheme="majorHAnsi"/>
          <w:b/>
          <w:sz w:val="26"/>
          <w:szCs w:val="26"/>
          <w:lang w:val="pl-PL"/>
        </w:rPr>
        <w:t>Uchwała Nr XXVI/208/26 Rady Gminy Nowa Wieś Wielka z dnia 28 maja 2026 r.</w:t>
      </w:r>
      <w:r w:rsidRPr="00491074">
        <w:rPr>
          <w:rFonts w:asciiTheme="majorHAnsi" w:hAnsiTheme="majorHAnsi" w:cstheme="majorHAnsi"/>
          <w:sz w:val="26"/>
          <w:szCs w:val="26"/>
        </w:rPr>
        <w:t xml:space="preserve"> </w:t>
      </w:r>
      <w:r w:rsidRPr="00491074">
        <w:rPr>
          <w:rFonts w:asciiTheme="majorHAnsi" w:hAnsiTheme="majorHAnsi" w:cstheme="majorHAnsi"/>
          <w:b/>
          <w:sz w:val="26"/>
          <w:szCs w:val="26"/>
          <w:lang w:val="pl-PL"/>
        </w:rPr>
        <w:t>w sprawie przyjęcia planu nadzoru nad żłobkami, klubami dziecięcymi oraz dziennymi opiekunami.</w:t>
      </w:r>
      <w:r w:rsidRPr="00491074">
        <w:rPr>
          <w:rFonts w:asciiTheme="majorHAnsi" w:hAnsiTheme="majorHAnsi" w:cstheme="majorHAnsi"/>
          <w:sz w:val="26"/>
          <w:szCs w:val="26"/>
          <w:lang w:val="pl-PL"/>
        </w:rPr>
        <w:br/>
        <w:t>Realizacja: Przekazano do Gminnego Zespołu Obsługi Oświaty oraz do publikacji. Mocą uchwały uregulowano zasady nadzoru nad jednostkami wymienionymi w tytule uchwały.</w:t>
      </w:r>
    </w:p>
    <w:p w14:paraId="755856B1" w14:textId="77777777" w:rsidR="00491074" w:rsidRPr="00491074" w:rsidRDefault="00491074" w:rsidP="00491074">
      <w:pPr>
        <w:keepLines/>
        <w:widowControl w:val="0"/>
        <w:spacing w:after="0" w:line="240" w:lineRule="auto"/>
        <w:jc w:val="both"/>
        <w:rPr>
          <w:rFonts w:asciiTheme="majorHAnsi" w:hAnsiTheme="majorHAnsi" w:cstheme="majorHAnsi"/>
          <w:sz w:val="26"/>
          <w:szCs w:val="26"/>
          <w:lang w:val="pl-PL"/>
        </w:rPr>
      </w:pPr>
    </w:p>
    <w:p w14:paraId="5902C64D" w14:textId="77777777" w:rsidR="00491074" w:rsidRPr="00491074" w:rsidRDefault="00491074" w:rsidP="00491074">
      <w:pPr>
        <w:keepLines/>
        <w:widowControl w:val="0"/>
        <w:spacing w:after="0" w:line="240" w:lineRule="auto"/>
        <w:jc w:val="both"/>
        <w:rPr>
          <w:rFonts w:asciiTheme="majorHAnsi" w:hAnsiTheme="majorHAnsi" w:cstheme="majorHAnsi"/>
          <w:b/>
          <w:sz w:val="26"/>
          <w:szCs w:val="26"/>
          <w:lang w:val="pl-PL"/>
        </w:rPr>
      </w:pPr>
      <w:r w:rsidRPr="00491074">
        <w:rPr>
          <w:rFonts w:asciiTheme="majorHAnsi" w:hAnsiTheme="majorHAnsi" w:cstheme="majorHAnsi"/>
          <w:b/>
          <w:sz w:val="26"/>
          <w:szCs w:val="26"/>
          <w:lang w:val="pl-PL"/>
        </w:rPr>
        <w:t>Uchwała Nr XXVI/209/26 Rady Gminy Nowa Wieś Wielka z dnia 28 maja 2026 r. w sprawie wyrażenia zgody na zawarcie porozumienia z Generalną Dyrekcją Dróg Krajowych i Autostrad  dotyczącego realizacji zadania „ Przebudowa chodnika na drogę dla pieszych i rowerów w ciągu DK 25 w m. Nowa Wieś Wielka”.</w:t>
      </w:r>
    </w:p>
    <w:p w14:paraId="5A7E5781" w14:textId="77777777" w:rsidR="00491074" w:rsidRPr="00491074" w:rsidRDefault="00491074" w:rsidP="00491074">
      <w:pPr>
        <w:keepLines/>
        <w:widowControl w:val="0"/>
        <w:spacing w:after="0" w:line="240" w:lineRule="auto"/>
        <w:jc w:val="both"/>
        <w:rPr>
          <w:rFonts w:asciiTheme="majorHAnsi" w:hAnsiTheme="majorHAnsi" w:cstheme="majorHAnsi"/>
          <w:sz w:val="26"/>
          <w:szCs w:val="26"/>
          <w:lang w:val="pl-PL"/>
        </w:rPr>
      </w:pPr>
      <w:r w:rsidRPr="00491074">
        <w:rPr>
          <w:rFonts w:asciiTheme="majorHAnsi" w:hAnsiTheme="majorHAnsi" w:cstheme="majorHAnsi"/>
          <w:sz w:val="26"/>
          <w:szCs w:val="26"/>
          <w:lang w:val="pl-PL"/>
        </w:rPr>
        <w:lastRenderedPageBreak/>
        <w:t>Realizacja: Przekazano do Referatu Inwestycji, Budownictwa i Infrastruktury Komunalnej. Na mocy uchwały zawarte zostanie porozumienie na realizację inwestycji.</w:t>
      </w:r>
    </w:p>
    <w:p w14:paraId="3BEFE068" w14:textId="77777777" w:rsidR="00491074" w:rsidRPr="00491074" w:rsidRDefault="00491074" w:rsidP="00491074">
      <w:pPr>
        <w:keepLines/>
        <w:widowControl w:val="0"/>
        <w:spacing w:after="0" w:line="240" w:lineRule="auto"/>
        <w:jc w:val="both"/>
        <w:rPr>
          <w:rFonts w:asciiTheme="majorHAnsi" w:hAnsiTheme="majorHAnsi" w:cstheme="majorHAnsi"/>
          <w:sz w:val="26"/>
          <w:szCs w:val="26"/>
          <w:lang w:val="pl-PL"/>
        </w:rPr>
      </w:pPr>
    </w:p>
    <w:p w14:paraId="7C80C8E0" w14:textId="77777777" w:rsidR="00491074" w:rsidRPr="00491074" w:rsidRDefault="00491074" w:rsidP="00491074">
      <w:pPr>
        <w:keepLines/>
        <w:widowControl w:val="0"/>
        <w:spacing w:after="0" w:line="240" w:lineRule="auto"/>
        <w:jc w:val="both"/>
        <w:rPr>
          <w:rFonts w:asciiTheme="majorHAnsi" w:hAnsiTheme="majorHAnsi" w:cstheme="majorHAnsi"/>
          <w:sz w:val="26"/>
          <w:szCs w:val="26"/>
          <w:lang w:val="pl-PL"/>
        </w:rPr>
      </w:pPr>
    </w:p>
    <w:p w14:paraId="2B6E600C" w14:textId="388BD8F8" w:rsidR="0050423B" w:rsidRPr="00491074" w:rsidRDefault="0050423B" w:rsidP="00491074">
      <w:pPr>
        <w:keepLines/>
        <w:widowControl w:val="0"/>
        <w:spacing w:after="0" w:line="240" w:lineRule="auto"/>
        <w:jc w:val="both"/>
        <w:rPr>
          <w:rFonts w:asciiTheme="majorHAnsi" w:hAnsiTheme="majorHAnsi" w:cstheme="majorHAnsi"/>
          <w:sz w:val="26"/>
          <w:szCs w:val="26"/>
          <w:lang w:val="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25"/>
        <w:gridCol w:w="81"/>
      </w:tblGrid>
      <w:tr w:rsidR="0050423B" w:rsidRPr="00491074" w14:paraId="186CCB11" w14:textId="77777777" w:rsidTr="00B4323D">
        <w:trPr>
          <w:tblCellSpacing w:w="15" w:type="dxa"/>
        </w:trPr>
        <w:tc>
          <w:tcPr>
            <w:tcW w:w="0" w:type="auto"/>
            <w:vAlign w:val="center"/>
            <w:hideMark/>
          </w:tcPr>
          <w:p w14:paraId="09D30B71" w14:textId="0AA8DB05" w:rsidR="0050423B" w:rsidRPr="00491074" w:rsidRDefault="0050423B" w:rsidP="00491074">
            <w:pPr>
              <w:jc w:val="both"/>
              <w:rPr>
                <w:rFonts w:asciiTheme="majorHAnsi" w:hAnsiTheme="majorHAnsi" w:cstheme="majorHAnsi"/>
                <w:b/>
                <w:bCs/>
                <w:sz w:val="26"/>
                <w:szCs w:val="26"/>
                <w:lang w:val="pl-PL"/>
              </w:rPr>
            </w:pPr>
            <w:r w:rsidRPr="00491074">
              <w:rPr>
                <w:rFonts w:asciiTheme="majorHAnsi" w:hAnsiTheme="majorHAnsi" w:cstheme="majorHAnsi"/>
                <w:bCs/>
                <w:sz w:val="26"/>
                <w:szCs w:val="26"/>
                <w:lang w:val="pl-PL"/>
              </w:rPr>
              <w:t xml:space="preserve">W okresie sprawozdawczym   wydałem 1 Zarządzeń jako  Organ  Gminy </w:t>
            </w:r>
            <w:r w:rsidRPr="00491074">
              <w:rPr>
                <w:rFonts w:asciiTheme="majorHAnsi" w:hAnsiTheme="majorHAnsi" w:cstheme="majorHAnsi"/>
                <w:bCs/>
                <w:sz w:val="26"/>
                <w:szCs w:val="26"/>
                <w:lang w:val="pl-PL"/>
              </w:rPr>
              <w:br/>
            </w:r>
          </w:p>
        </w:tc>
        <w:tc>
          <w:tcPr>
            <w:tcW w:w="0" w:type="auto"/>
            <w:vAlign w:val="center"/>
          </w:tcPr>
          <w:p w14:paraId="006AB34A" w14:textId="0AE7163A" w:rsidR="0050423B" w:rsidRPr="00491074" w:rsidRDefault="0050423B" w:rsidP="00491074">
            <w:pPr>
              <w:jc w:val="both"/>
              <w:rPr>
                <w:rFonts w:asciiTheme="majorHAnsi" w:hAnsiTheme="majorHAnsi" w:cstheme="majorHAnsi"/>
                <w:bCs/>
                <w:sz w:val="26"/>
                <w:szCs w:val="26"/>
                <w:lang w:val="pl-PL"/>
              </w:rPr>
            </w:pPr>
          </w:p>
        </w:tc>
      </w:tr>
      <w:tr w:rsidR="0050423B" w:rsidRPr="00491074" w14:paraId="1F601D84" w14:textId="77777777" w:rsidTr="00B4323D">
        <w:trPr>
          <w:tblCellSpacing w:w="15" w:type="dxa"/>
        </w:trPr>
        <w:tc>
          <w:tcPr>
            <w:tcW w:w="0" w:type="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71"/>
              <w:gridCol w:w="7779"/>
            </w:tblGrid>
            <w:tr w:rsidR="00B4323D" w:rsidRPr="00491074" w14:paraId="289273D5" w14:textId="77777777">
              <w:trPr>
                <w:tblCellSpacing w:w="15" w:type="dxa"/>
              </w:trPr>
              <w:tc>
                <w:tcPr>
                  <w:tcW w:w="0" w:type="auto"/>
                  <w:vAlign w:val="center"/>
                  <w:hideMark/>
                </w:tcPr>
                <w:p w14:paraId="19F1D7B2" w14:textId="77777777" w:rsidR="00B4323D" w:rsidRPr="00491074" w:rsidRDefault="00B4323D" w:rsidP="00491074">
                  <w:pPr>
                    <w:jc w:val="both"/>
                    <w:rPr>
                      <w:rFonts w:asciiTheme="majorHAnsi" w:hAnsiTheme="majorHAnsi" w:cstheme="majorHAnsi"/>
                      <w:b/>
                      <w:bCs/>
                      <w:sz w:val="26"/>
                      <w:szCs w:val="26"/>
                    </w:rPr>
                  </w:pPr>
                  <w:proofErr w:type="spellStart"/>
                  <w:r w:rsidRPr="00491074">
                    <w:rPr>
                      <w:rFonts w:asciiTheme="majorHAnsi" w:hAnsiTheme="majorHAnsi" w:cstheme="majorHAnsi"/>
                      <w:b/>
                      <w:bCs/>
                      <w:sz w:val="26"/>
                      <w:szCs w:val="26"/>
                    </w:rPr>
                    <w:t>zarządzenie</w:t>
                  </w:r>
                  <w:proofErr w:type="spellEnd"/>
                  <w:r w:rsidRPr="00491074">
                    <w:rPr>
                      <w:rFonts w:asciiTheme="majorHAnsi" w:hAnsiTheme="majorHAnsi" w:cstheme="majorHAnsi"/>
                      <w:b/>
                      <w:bCs/>
                      <w:sz w:val="26"/>
                      <w:szCs w:val="26"/>
                    </w:rPr>
                    <w:t xml:space="preserve"> nr</w:t>
                  </w:r>
                </w:p>
              </w:tc>
              <w:tc>
                <w:tcPr>
                  <w:tcW w:w="0" w:type="auto"/>
                  <w:vAlign w:val="center"/>
                  <w:hideMark/>
                </w:tcPr>
                <w:p w14:paraId="6DEC980F" w14:textId="77777777" w:rsidR="00B4323D" w:rsidRPr="00491074" w:rsidRDefault="00B4323D" w:rsidP="00491074">
                  <w:pPr>
                    <w:jc w:val="both"/>
                    <w:rPr>
                      <w:rFonts w:asciiTheme="majorHAnsi" w:hAnsiTheme="majorHAnsi" w:cstheme="majorHAnsi"/>
                      <w:sz w:val="26"/>
                      <w:szCs w:val="26"/>
                    </w:rPr>
                  </w:pPr>
                  <w:hyperlink r:id="rId8" w:history="1">
                    <w:r w:rsidRPr="00491074">
                      <w:rPr>
                        <w:rStyle w:val="Hipercze"/>
                        <w:rFonts w:asciiTheme="majorHAnsi" w:hAnsiTheme="majorHAnsi" w:cstheme="majorHAnsi"/>
                        <w:sz w:val="26"/>
                        <w:szCs w:val="26"/>
                      </w:rPr>
                      <w:t>26/26</w:t>
                    </w:r>
                  </w:hyperlink>
                  <w:r w:rsidRPr="00491074">
                    <w:rPr>
                      <w:rFonts w:asciiTheme="majorHAnsi" w:hAnsiTheme="majorHAnsi" w:cstheme="majorHAnsi"/>
                      <w:sz w:val="26"/>
                      <w:szCs w:val="26"/>
                    </w:rPr>
                    <w:t xml:space="preserve"> </w:t>
                  </w:r>
                </w:p>
              </w:tc>
            </w:tr>
            <w:tr w:rsidR="00B4323D" w:rsidRPr="00491074" w14:paraId="58F50F85" w14:textId="77777777">
              <w:trPr>
                <w:tblCellSpacing w:w="15" w:type="dxa"/>
              </w:trPr>
              <w:tc>
                <w:tcPr>
                  <w:tcW w:w="0" w:type="auto"/>
                  <w:vAlign w:val="center"/>
                  <w:hideMark/>
                </w:tcPr>
                <w:p w14:paraId="157279F0" w14:textId="77777777" w:rsidR="00B4323D" w:rsidRPr="00491074" w:rsidRDefault="00B4323D" w:rsidP="00491074">
                  <w:pPr>
                    <w:jc w:val="both"/>
                    <w:rPr>
                      <w:rFonts w:asciiTheme="majorHAnsi" w:hAnsiTheme="majorHAnsi" w:cstheme="majorHAnsi"/>
                      <w:b/>
                      <w:bCs/>
                      <w:sz w:val="26"/>
                      <w:szCs w:val="26"/>
                    </w:rPr>
                  </w:pPr>
                  <w:proofErr w:type="spellStart"/>
                  <w:r w:rsidRPr="00491074">
                    <w:rPr>
                      <w:rFonts w:asciiTheme="majorHAnsi" w:hAnsiTheme="majorHAnsi" w:cstheme="majorHAnsi"/>
                      <w:b/>
                      <w:bCs/>
                      <w:sz w:val="26"/>
                      <w:szCs w:val="26"/>
                    </w:rPr>
                    <w:t>wydane</w:t>
                  </w:r>
                  <w:proofErr w:type="spellEnd"/>
                  <w:r w:rsidRPr="00491074">
                    <w:rPr>
                      <w:rFonts w:asciiTheme="majorHAnsi" w:hAnsiTheme="majorHAnsi" w:cstheme="majorHAnsi"/>
                      <w:b/>
                      <w:bCs/>
                      <w:sz w:val="26"/>
                      <w:szCs w:val="26"/>
                    </w:rPr>
                    <w:t xml:space="preserve"> </w:t>
                  </w:r>
                  <w:proofErr w:type="spellStart"/>
                  <w:r w:rsidRPr="00491074">
                    <w:rPr>
                      <w:rFonts w:asciiTheme="majorHAnsi" w:hAnsiTheme="majorHAnsi" w:cstheme="majorHAnsi"/>
                      <w:b/>
                      <w:bCs/>
                      <w:sz w:val="26"/>
                      <w:szCs w:val="26"/>
                    </w:rPr>
                    <w:t>przez</w:t>
                  </w:r>
                  <w:proofErr w:type="spellEnd"/>
                </w:p>
              </w:tc>
              <w:tc>
                <w:tcPr>
                  <w:tcW w:w="0" w:type="auto"/>
                  <w:vAlign w:val="center"/>
                  <w:hideMark/>
                </w:tcPr>
                <w:p w14:paraId="63BCB192" w14:textId="77777777" w:rsidR="00B4323D" w:rsidRPr="00491074" w:rsidRDefault="00B4323D" w:rsidP="00491074">
                  <w:pPr>
                    <w:jc w:val="both"/>
                    <w:rPr>
                      <w:rFonts w:asciiTheme="majorHAnsi" w:hAnsiTheme="majorHAnsi" w:cstheme="majorHAnsi"/>
                      <w:sz w:val="26"/>
                      <w:szCs w:val="26"/>
                    </w:rPr>
                  </w:pPr>
                  <w:proofErr w:type="spellStart"/>
                  <w:r w:rsidRPr="00491074">
                    <w:rPr>
                      <w:rFonts w:asciiTheme="majorHAnsi" w:hAnsiTheme="majorHAnsi" w:cstheme="majorHAnsi"/>
                      <w:sz w:val="26"/>
                      <w:szCs w:val="26"/>
                    </w:rPr>
                    <w:t>Wójta</w:t>
                  </w:r>
                  <w:proofErr w:type="spellEnd"/>
                  <w:r w:rsidRPr="00491074">
                    <w:rPr>
                      <w:rFonts w:asciiTheme="majorHAnsi" w:hAnsiTheme="majorHAnsi" w:cstheme="majorHAnsi"/>
                      <w:sz w:val="26"/>
                      <w:szCs w:val="26"/>
                    </w:rPr>
                    <w:t xml:space="preserve"> </w:t>
                  </w:r>
                  <w:proofErr w:type="spellStart"/>
                  <w:r w:rsidRPr="00491074">
                    <w:rPr>
                      <w:rFonts w:asciiTheme="majorHAnsi" w:hAnsiTheme="majorHAnsi" w:cstheme="majorHAnsi"/>
                      <w:sz w:val="26"/>
                      <w:szCs w:val="26"/>
                    </w:rPr>
                    <w:t>Gminy</w:t>
                  </w:r>
                  <w:proofErr w:type="spellEnd"/>
                  <w:r w:rsidRPr="00491074">
                    <w:rPr>
                      <w:rFonts w:asciiTheme="majorHAnsi" w:hAnsiTheme="majorHAnsi" w:cstheme="majorHAnsi"/>
                      <w:sz w:val="26"/>
                      <w:szCs w:val="26"/>
                    </w:rPr>
                    <w:t xml:space="preserve"> Nowa Wieś Wielka </w:t>
                  </w:r>
                  <w:proofErr w:type="spellStart"/>
                  <w:r w:rsidRPr="00491074">
                    <w:rPr>
                      <w:rFonts w:asciiTheme="majorHAnsi" w:hAnsiTheme="majorHAnsi" w:cstheme="majorHAnsi"/>
                      <w:sz w:val="26"/>
                      <w:szCs w:val="26"/>
                    </w:rPr>
                    <w:t>jako</w:t>
                  </w:r>
                  <w:proofErr w:type="spellEnd"/>
                  <w:r w:rsidRPr="00491074">
                    <w:rPr>
                      <w:rFonts w:asciiTheme="majorHAnsi" w:hAnsiTheme="majorHAnsi" w:cstheme="majorHAnsi"/>
                      <w:sz w:val="26"/>
                      <w:szCs w:val="26"/>
                    </w:rPr>
                    <w:t xml:space="preserve"> </w:t>
                  </w:r>
                  <w:proofErr w:type="spellStart"/>
                  <w:r w:rsidRPr="00491074">
                    <w:rPr>
                      <w:rFonts w:asciiTheme="majorHAnsi" w:hAnsiTheme="majorHAnsi" w:cstheme="majorHAnsi"/>
                      <w:sz w:val="26"/>
                      <w:szCs w:val="26"/>
                    </w:rPr>
                    <w:t>Organu</w:t>
                  </w:r>
                  <w:proofErr w:type="spellEnd"/>
                  <w:r w:rsidRPr="00491074">
                    <w:rPr>
                      <w:rFonts w:asciiTheme="majorHAnsi" w:hAnsiTheme="majorHAnsi" w:cstheme="majorHAnsi"/>
                      <w:sz w:val="26"/>
                      <w:szCs w:val="26"/>
                    </w:rPr>
                    <w:t xml:space="preserve"> </w:t>
                  </w:r>
                  <w:proofErr w:type="spellStart"/>
                  <w:r w:rsidRPr="00491074">
                    <w:rPr>
                      <w:rFonts w:asciiTheme="majorHAnsi" w:hAnsiTheme="majorHAnsi" w:cstheme="majorHAnsi"/>
                      <w:sz w:val="26"/>
                      <w:szCs w:val="26"/>
                    </w:rPr>
                    <w:t>Gminy</w:t>
                  </w:r>
                  <w:proofErr w:type="spellEnd"/>
                </w:p>
              </w:tc>
            </w:tr>
            <w:tr w:rsidR="00B4323D" w:rsidRPr="00491074" w14:paraId="5BF91FAD" w14:textId="77777777">
              <w:trPr>
                <w:tblCellSpacing w:w="15" w:type="dxa"/>
              </w:trPr>
              <w:tc>
                <w:tcPr>
                  <w:tcW w:w="0" w:type="auto"/>
                  <w:vAlign w:val="center"/>
                  <w:hideMark/>
                </w:tcPr>
                <w:p w14:paraId="4C614738" w14:textId="77777777" w:rsidR="00B4323D" w:rsidRPr="00491074" w:rsidRDefault="00B4323D" w:rsidP="00491074">
                  <w:pPr>
                    <w:jc w:val="both"/>
                    <w:rPr>
                      <w:rFonts w:asciiTheme="majorHAnsi" w:hAnsiTheme="majorHAnsi" w:cstheme="majorHAnsi"/>
                      <w:b/>
                      <w:bCs/>
                      <w:sz w:val="26"/>
                      <w:szCs w:val="26"/>
                    </w:rPr>
                  </w:pPr>
                  <w:r w:rsidRPr="00491074">
                    <w:rPr>
                      <w:rFonts w:asciiTheme="majorHAnsi" w:hAnsiTheme="majorHAnsi" w:cstheme="majorHAnsi"/>
                      <w:b/>
                      <w:bCs/>
                      <w:sz w:val="26"/>
                      <w:szCs w:val="26"/>
                    </w:rPr>
                    <w:t xml:space="preserve">z </w:t>
                  </w:r>
                  <w:proofErr w:type="spellStart"/>
                  <w:r w:rsidRPr="00491074">
                    <w:rPr>
                      <w:rFonts w:asciiTheme="majorHAnsi" w:hAnsiTheme="majorHAnsi" w:cstheme="majorHAnsi"/>
                      <w:b/>
                      <w:bCs/>
                      <w:sz w:val="26"/>
                      <w:szCs w:val="26"/>
                    </w:rPr>
                    <w:t>dnia</w:t>
                  </w:r>
                  <w:proofErr w:type="spellEnd"/>
                </w:p>
              </w:tc>
              <w:tc>
                <w:tcPr>
                  <w:tcW w:w="0" w:type="auto"/>
                  <w:vAlign w:val="center"/>
                  <w:hideMark/>
                </w:tcPr>
                <w:p w14:paraId="4AF60A62" w14:textId="77777777" w:rsidR="00B4323D" w:rsidRPr="00491074" w:rsidRDefault="00B4323D" w:rsidP="00491074">
                  <w:pPr>
                    <w:jc w:val="both"/>
                    <w:rPr>
                      <w:rFonts w:asciiTheme="majorHAnsi" w:hAnsiTheme="majorHAnsi" w:cstheme="majorHAnsi"/>
                      <w:sz w:val="26"/>
                      <w:szCs w:val="26"/>
                    </w:rPr>
                  </w:pPr>
                  <w:r w:rsidRPr="00491074">
                    <w:rPr>
                      <w:rFonts w:asciiTheme="majorHAnsi" w:hAnsiTheme="majorHAnsi" w:cstheme="majorHAnsi"/>
                      <w:sz w:val="26"/>
                      <w:szCs w:val="26"/>
                    </w:rPr>
                    <w:t xml:space="preserve">27.05.2026 </w:t>
                  </w:r>
                </w:p>
              </w:tc>
            </w:tr>
            <w:tr w:rsidR="00B4323D" w:rsidRPr="00491074" w14:paraId="60512CF9" w14:textId="77777777">
              <w:trPr>
                <w:tblCellSpacing w:w="15" w:type="dxa"/>
              </w:trPr>
              <w:tc>
                <w:tcPr>
                  <w:tcW w:w="0" w:type="auto"/>
                  <w:vAlign w:val="center"/>
                  <w:hideMark/>
                </w:tcPr>
                <w:p w14:paraId="7F411406" w14:textId="77777777" w:rsidR="00B4323D" w:rsidRPr="00491074" w:rsidRDefault="00B4323D" w:rsidP="00491074">
                  <w:pPr>
                    <w:jc w:val="both"/>
                    <w:rPr>
                      <w:rFonts w:asciiTheme="majorHAnsi" w:hAnsiTheme="majorHAnsi" w:cstheme="majorHAnsi"/>
                      <w:b/>
                      <w:bCs/>
                      <w:sz w:val="26"/>
                      <w:szCs w:val="26"/>
                    </w:rPr>
                  </w:pPr>
                  <w:r w:rsidRPr="00491074">
                    <w:rPr>
                      <w:rFonts w:asciiTheme="majorHAnsi" w:hAnsiTheme="majorHAnsi" w:cstheme="majorHAnsi"/>
                      <w:b/>
                      <w:bCs/>
                      <w:sz w:val="26"/>
                      <w:szCs w:val="26"/>
                    </w:rPr>
                    <w:t xml:space="preserve">w </w:t>
                  </w:r>
                  <w:proofErr w:type="spellStart"/>
                  <w:r w:rsidRPr="00491074">
                    <w:rPr>
                      <w:rFonts w:asciiTheme="majorHAnsi" w:hAnsiTheme="majorHAnsi" w:cstheme="majorHAnsi"/>
                      <w:b/>
                      <w:bCs/>
                      <w:sz w:val="26"/>
                      <w:szCs w:val="26"/>
                    </w:rPr>
                    <w:t>sprawie</w:t>
                  </w:r>
                  <w:proofErr w:type="spellEnd"/>
                </w:p>
              </w:tc>
              <w:tc>
                <w:tcPr>
                  <w:tcW w:w="0" w:type="auto"/>
                  <w:vAlign w:val="center"/>
                  <w:hideMark/>
                </w:tcPr>
                <w:p w14:paraId="7EAA24C2" w14:textId="77777777" w:rsidR="00B4323D" w:rsidRPr="00491074" w:rsidRDefault="00B4323D" w:rsidP="00491074">
                  <w:pPr>
                    <w:jc w:val="both"/>
                    <w:rPr>
                      <w:rFonts w:asciiTheme="majorHAnsi" w:hAnsiTheme="majorHAnsi" w:cstheme="majorHAnsi"/>
                      <w:sz w:val="26"/>
                      <w:szCs w:val="26"/>
                    </w:rPr>
                  </w:pPr>
                  <w:proofErr w:type="spellStart"/>
                  <w:r w:rsidRPr="00491074">
                    <w:rPr>
                      <w:rFonts w:asciiTheme="majorHAnsi" w:hAnsiTheme="majorHAnsi" w:cstheme="majorHAnsi"/>
                      <w:sz w:val="26"/>
                      <w:szCs w:val="26"/>
                    </w:rPr>
                    <w:t>powołania</w:t>
                  </w:r>
                  <w:proofErr w:type="spellEnd"/>
                  <w:r w:rsidRPr="00491074">
                    <w:rPr>
                      <w:rFonts w:asciiTheme="majorHAnsi" w:hAnsiTheme="majorHAnsi" w:cstheme="majorHAnsi"/>
                      <w:sz w:val="26"/>
                      <w:szCs w:val="26"/>
                    </w:rPr>
                    <w:t xml:space="preserve"> </w:t>
                  </w:r>
                  <w:proofErr w:type="spellStart"/>
                  <w:r w:rsidRPr="00491074">
                    <w:rPr>
                      <w:rFonts w:asciiTheme="majorHAnsi" w:hAnsiTheme="majorHAnsi" w:cstheme="majorHAnsi"/>
                      <w:sz w:val="26"/>
                      <w:szCs w:val="26"/>
                    </w:rPr>
                    <w:t>komisji</w:t>
                  </w:r>
                  <w:proofErr w:type="spellEnd"/>
                  <w:r w:rsidRPr="00491074">
                    <w:rPr>
                      <w:rFonts w:asciiTheme="majorHAnsi" w:hAnsiTheme="majorHAnsi" w:cstheme="majorHAnsi"/>
                      <w:sz w:val="26"/>
                      <w:szCs w:val="26"/>
                    </w:rPr>
                    <w:t xml:space="preserve"> </w:t>
                  </w:r>
                  <w:proofErr w:type="spellStart"/>
                  <w:r w:rsidRPr="00491074">
                    <w:rPr>
                      <w:rFonts w:asciiTheme="majorHAnsi" w:hAnsiTheme="majorHAnsi" w:cstheme="majorHAnsi"/>
                      <w:sz w:val="26"/>
                      <w:szCs w:val="26"/>
                    </w:rPr>
                    <w:t>konkursowej</w:t>
                  </w:r>
                  <w:proofErr w:type="spellEnd"/>
                  <w:r w:rsidRPr="00491074">
                    <w:rPr>
                      <w:rFonts w:asciiTheme="majorHAnsi" w:hAnsiTheme="majorHAnsi" w:cstheme="majorHAnsi"/>
                      <w:sz w:val="26"/>
                      <w:szCs w:val="26"/>
                    </w:rPr>
                    <w:t xml:space="preserve"> </w:t>
                  </w:r>
                  <w:proofErr w:type="spellStart"/>
                  <w:r w:rsidRPr="00491074">
                    <w:rPr>
                      <w:rFonts w:asciiTheme="majorHAnsi" w:hAnsiTheme="majorHAnsi" w:cstheme="majorHAnsi"/>
                      <w:sz w:val="26"/>
                      <w:szCs w:val="26"/>
                    </w:rPr>
                    <w:t>dla</w:t>
                  </w:r>
                  <w:proofErr w:type="spellEnd"/>
                  <w:r w:rsidRPr="00491074">
                    <w:rPr>
                      <w:rFonts w:asciiTheme="majorHAnsi" w:hAnsiTheme="majorHAnsi" w:cstheme="majorHAnsi"/>
                      <w:sz w:val="26"/>
                      <w:szCs w:val="26"/>
                    </w:rPr>
                    <w:t xml:space="preserve"> </w:t>
                  </w:r>
                  <w:proofErr w:type="spellStart"/>
                  <w:r w:rsidRPr="00491074">
                    <w:rPr>
                      <w:rFonts w:asciiTheme="majorHAnsi" w:hAnsiTheme="majorHAnsi" w:cstheme="majorHAnsi"/>
                      <w:sz w:val="26"/>
                      <w:szCs w:val="26"/>
                    </w:rPr>
                    <w:t>wyłonienia</w:t>
                  </w:r>
                  <w:proofErr w:type="spellEnd"/>
                  <w:r w:rsidRPr="00491074">
                    <w:rPr>
                      <w:rFonts w:asciiTheme="majorHAnsi" w:hAnsiTheme="majorHAnsi" w:cstheme="majorHAnsi"/>
                      <w:sz w:val="26"/>
                      <w:szCs w:val="26"/>
                    </w:rPr>
                    <w:t xml:space="preserve"> </w:t>
                  </w:r>
                  <w:proofErr w:type="spellStart"/>
                  <w:r w:rsidRPr="00491074">
                    <w:rPr>
                      <w:rFonts w:asciiTheme="majorHAnsi" w:hAnsiTheme="majorHAnsi" w:cstheme="majorHAnsi"/>
                      <w:sz w:val="26"/>
                      <w:szCs w:val="26"/>
                    </w:rPr>
                    <w:t>kandydata</w:t>
                  </w:r>
                  <w:proofErr w:type="spellEnd"/>
                  <w:r w:rsidRPr="00491074">
                    <w:rPr>
                      <w:rFonts w:asciiTheme="majorHAnsi" w:hAnsiTheme="majorHAnsi" w:cstheme="majorHAnsi"/>
                      <w:sz w:val="26"/>
                      <w:szCs w:val="26"/>
                    </w:rPr>
                    <w:t xml:space="preserve"> </w:t>
                  </w:r>
                  <w:proofErr w:type="spellStart"/>
                  <w:r w:rsidRPr="00491074">
                    <w:rPr>
                      <w:rFonts w:asciiTheme="majorHAnsi" w:hAnsiTheme="majorHAnsi" w:cstheme="majorHAnsi"/>
                      <w:sz w:val="26"/>
                      <w:szCs w:val="26"/>
                    </w:rPr>
                    <w:t>na</w:t>
                  </w:r>
                  <w:proofErr w:type="spellEnd"/>
                  <w:r w:rsidRPr="00491074">
                    <w:rPr>
                      <w:rFonts w:asciiTheme="majorHAnsi" w:hAnsiTheme="majorHAnsi" w:cstheme="majorHAnsi"/>
                      <w:sz w:val="26"/>
                      <w:szCs w:val="26"/>
                    </w:rPr>
                    <w:t xml:space="preserve"> </w:t>
                  </w:r>
                  <w:proofErr w:type="spellStart"/>
                  <w:r w:rsidRPr="00491074">
                    <w:rPr>
                      <w:rFonts w:asciiTheme="majorHAnsi" w:hAnsiTheme="majorHAnsi" w:cstheme="majorHAnsi"/>
                      <w:sz w:val="26"/>
                      <w:szCs w:val="26"/>
                    </w:rPr>
                    <w:t>stanowisko</w:t>
                  </w:r>
                  <w:proofErr w:type="spellEnd"/>
                  <w:r w:rsidRPr="00491074">
                    <w:rPr>
                      <w:rFonts w:asciiTheme="majorHAnsi" w:hAnsiTheme="majorHAnsi" w:cstheme="majorHAnsi"/>
                      <w:sz w:val="26"/>
                      <w:szCs w:val="26"/>
                    </w:rPr>
                    <w:t xml:space="preserve"> </w:t>
                  </w:r>
                  <w:proofErr w:type="spellStart"/>
                  <w:r w:rsidRPr="00491074">
                    <w:rPr>
                      <w:rFonts w:asciiTheme="majorHAnsi" w:hAnsiTheme="majorHAnsi" w:cstheme="majorHAnsi"/>
                      <w:sz w:val="26"/>
                      <w:szCs w:val="26"/>
                    </w:rPr>
                    <w:t>dyrektora</w:t>
                  </w:r>
                  <w:proofErr w:type="spellEnd"/>
                  <w:r w:rsidRPr="00491074">
                    <w:rPr>
                      <w:rFonts w:asciiTheme="majorHAnsi" w:hAnsiTheme="majorHAnsi" w:cstheme="majorHAnsi"/>
                      <w:sz w:val="26"/>
                      <w:szCs w:val="26"/>
                    </w:rPr>
                    <w:t xml:space="preserve"> </w:t>
                  </w:r>
                  <w:proofErr w:type="spellStart"/>
                  <w:r w:rsidRPr="00491074">
                    <w:rPr>
                      <w:rFonts w:asciiTheme="majorHAnsi" w:hAnsiTheme="majorHAnsi" w:cstheme="majorHAnsi"/>
                      <w:sz w:val="26"/>
                      <w:szCs w:val="26"/>
                    </w:rPr>
                    <w:t>przedszkola</w:t>
                  </w:r>
                  <w:proofErr w:type="spellEnd"/>
                  <w:r w:rsidRPr="00491074">
                    <w:rPr>
                      <w:rFonts w:asciiTheme="majorHAnsi" w:hAnsiTheme="majorHAnsi" w:cstheme="majorHAnsi"/>
                      <w:sz w:val="26"/>
                      <w:szCs w:val="26"/>
                    </w:rPr>
                    <w:t xml:space="preserve"> </w:t>
                  </w:r>
                  <w:proofErr w:type="spellStart"/>
                  <w:r w:rsidRPr="00491074">
                    <w:rPr>
                      <w:rFonts w:asciiTheme="majorHAnsi" w:hAnsiTheme="majorHAnsi" w:cstheme="majorHAnsi"/>
                      <w:sz w:val="26"/>
                      <w:szCs w:val="26"/>
                    </w:rPr>
                    <w:t>prowadzonego</w:t>
                  </w:r>
                  <w:proofErr w:type="spellEnd"/>
                  <w:r w:rsidRPr="00491074">
                    <w:rPr>
                      <w:rFonts w:asciiTheme="majorHAnsi" w:hAnsiTheme="majorHAnsi" w:cstheme="majorHAnsi"/>
                      <w:sz w:val="26"/>
                      <w:szCs w:val="26"/>
                    </w:rPr>
                    <w:t xml:space="preserve"> </w:t>
                  </w:r>
                  <w:proofErr w:type="spellStart"/>
                  <w:r w:rsidRPr="00491074">
                    <w:rPr>
                      <w:rFonts w:asciiTheme="majorHAnsi" w:hAnsiTheme="majorHAnsi" w:cstheme="majorHAnsi"/>
                      <w:sz w:val="26"/>
                      <w:szCs w:val="26"/>
                    </w:rPr>
                    <w:t>przez</w:t>
                  </w:r>
                  <w:proofErr w:type="spellEnd"/>
                  <w:r w:rsidRPr="00491074">
                    <w:rPr>
                      <w:rFonts w:asciiTheme="majorHAnsi" w:hAnsiTheme="majorHAnsi" w:cstheme="majorHAnsi"/>
                      <w:sz w:val="26"/>
                      <w:szCs w:val="26"/>
                    </w:rPr>
                    <w:t xml:space="preserve"> </w:t>
                  </w:r>
                  <w:proofErr w:type="spellStart"/>
                  <w:r w:rsidRPr="00491074">
                    <w:rPr>
                      <w:rFonts w:asciiTheme="majorHAnsi" w:hAnsiTheme="majorHAnsi" w:cstheme="majorHAnsi"/>
                      <w:sz w:val="26"/>
                      <w:szCs w:val="26"/>
                    </w:rPr>
                    <w:t>Gminę</w:t>
                  </w:r>
                  <w:proofErr w:type="spellEnd"/>
                  <w:r w:rsidRPr="00491074">
                    <w:rPr>
                      <w:rFonts w:asciiTheme="majorHAnsi" w:hAnsiTheme="majorHAnsi" w:cstheme="majorHAnsi"/>
                      <w:sz w:val="26"/>
                      <w:szCs w:val="26"/>
                    </w:rPr>
                    <w:t xml:space="preserve"> Nowa Wieś Wielka </w:t>
                  </w:r>
                </w:p>
              </w:tc>
            </w:tr>
            <w:tr w:rsidR="00B4323D" w:rsidRPr="00491074" w14:paraId="2AB5A7EC" w14:textId="77777777" w:rsidTr="00B4323D">
              <w:trPr>
                <w:tblCellSpacing w:w="15" w:type="dxa"/>
              </w:trPr>
              <w:tc>
                <w:tcPr>
                  <w:tcW w:w="0" w:type="auto"/>
                  <w:vAlign w:val="center"/>
                </w:tcPr>
                <w:p w14:paraId="25372819" w14:textId="5F1444C5" w:rsidR="00B4323D" w:rsidRPr="00491074" w:rsidRDefault="00AC33B2" w:rsidP="00491074">
                  <w:pPr>
                    <w:jc w:val="both"/>
                    <w:rPr>
                      <w:rFonts w:asciiTheme="majorHAnsi" w:hAnsiTheme="majorHAnsi" w:cstheme="majorHAnsi"/>
                      <w:b/>
                      <w:bCs/>
                      <w:sz w:val="26"/>
                      <w:szCs w:val="26"/>
                    </w:rPr>
                  </w:pPr>
                  <w:r w:rsidRPr="00491074">
                    <w:rPr>
                      <w:rFonts w:asciiTheme="majorHAnsi" w:hAnsiTheme="majorHAnsi" w:cstheme="majorHAnsi"/>
                      <w:b/>
                      <w:bCs/>
                      <w:sz w:val="26"/>
                      <w:szCs w:val="26"/>
                    </w:rPr>
                    <w:br/>
                  </w:r>
                </w:p>
              </w:tc>
              <w:tc>
                <w:tcPr>
                  <w:tcW w:w="0" w:type="auto"/>
                  <w:vAlign w:val="center"/>
                </w:tcPr>
                <w:p w14:paraId="500A002D" w14:textId="63CCA44A" w:rsidR="00B4323D" w:rsidRPr="00491074" w:rsidRDefault="00B4323D" w:rsidP="00491074">
                  <w:pPr>
                    <w:jc w:val="both"/>
                    <w:rPr>
                      <w:rFonts w:asciiTheme="majorHAnsi" w:hAnsiTheme="majorHAnsi" w:cstheme="majorHAnsi"/>
                      <w:sz w:val="26"/>
                      <w:szCs w:val="26"/>
                    </w:rPr>
                  </w:pPr>
                </w:p>
              </w:tc>
            </w:tr>
          </w:tbl>
          <w:p w14:paraId="20B712F6" w14:textId="3405BFAE" w:rsidR="0050423B" w:rsidRPr="00491074" w:rsidRDefault="0050423B" w:rsidP="00491074">
            <w:pPr>
              <w:jc w:val="both"/>
              <w:rPr>
                <w:rFonts w:asciiTheme="majorHAnsi" w:hAnsiTheme="majorHAnsi" w:cstheme="majorHAnsi"/>
                <w:b/>
                <w:bCs/>
                <w:sz w:val="26"/>
                <w:szCs w:val="26"/>
                <w:lang w:val="pl-PL"/>
              </w:rPr>
            </w:pPr>
          </w:p>
        </w:tc>
        <w:tc>
          <w:tcPr>
            <w:tcW w:w="0" w:type="auto"/>
            <w:vAlign w:val="center"/>
          </w:tcPr>
          <w:p w14:paraId="2A5F26CC" w14:textId="5E4C6684" w:rsidR="0050423B" w:rsidRPr="00491074" w:rsidRDefault="0050423B" w:rsidP="00491074">
            <w:pPr>
              <w:jc w:val="both"/>
              <w:rPr>
                <w:rFonts w:asciiTheme="majorHAnsi" w:hAnsiTheme="majorHAnsi" w:cstheme="majorHAnsi"/>
                <w:bCs/>
                <w:sz w:val="26"/>
                <w:szCs w:val="26"/>
                <w:lang w:val="pl-PL"/>
              </w:rPr>
            </w:pPr>
          </w:p>
        </w:tc>
      </w:tr>
    </w:tbl>
    <w:p w14:paraId="749A3BE9" w14:textId="77777777" w:rsidR="00077584" w:rsidRPr="00077584" w:rsidRDefault="00077584" w:rsidP="00491074">
      <w:pPr>
        <w:keepLines/>
        <w:widowControl w:val="0"/>
        <w:spacing w:after="0" w:line="240" w:lineRule="auto"/>
        <w:rPr>
          <w:rFonts w:asciiTheme="majorHAnsi" w:hAnsiTheme="majorHAnsi" w:cstheme="majorHAnsi"/>
          <w:b/>
          <w:bCs/>
          <w:sz w:val="26"/>
          <w:szCs w:val="26"/>
          <w:lang w:val="pl-PL"/>
        </w:rPr>
      </w:pPr>
      <w:r w:rsidRPr="00077584">
        <w:rPr>
          <w:rFonts w:asciiTheme="majorHAnsi" w:hAnsiTheme="majorHAnsi" w:cstheme="majorHAnsi"/>
          <w:b/>
          <w:bCs/>
          <w:sz w:val="26"/>
          <w:szCs w:val="26"/>
          <w:lang w:val="pl-PL"/>
        </w:rPr>
        <w:t>SPRAWOZDANIE WÓJTA GMINY NOWA WIEŚ WIELKA</w:t>
      </w:r>
    </w:p>
    <w:p w14:paraId="5BF95C9E" w14:textId="77777777" w:rsidR="00077584" w:rsidRPr="00077584" w:rsidRDefault="00077584" w:rsidP="00491074">
      <w:pPr>
        <w:keepLines/>
        <w:widowControl w:val="0"/>
        <w:spacing w:after="0" w:line="240" w:lineRule="auto"/>
        <w:rPr>
          <w:rFonts w:asciiTheme="majorHAnsi" w:hAnsiTheme="majorHAnsi" w:cstheme="majorHAnsi"/>
          <w:b/>
          <w:bCs/>
          <w:sz w:val="26"/>
          <w:szCs w:val="26"/>
          <w:lang w:val="pl-PL"/>
        </w:rPr>
      </w:pPr>
      <w:r w:rsidRPr="00077584">
        <w:rPr>
          <w:rFonts w:asciiTheme="majorHAnsi" w:hAnsiTheme="majorHAnsi" w:cstheme="majorHAnsi"/>
          <w:b/>
          <w:bCs/>
          <w:sz w:val="26"/>
          <w:szCs w:val="26"/>
          <w:lang w:val="pl-PL"/>
        </w:rPr>
        <w:t>z działalności w okresie od 28 maja 2026 r. do 29 czerwca 2026 r.</w:t>
      </w:r>
    </w:p>
    <w:p w14:paraId="59C24BD2" w14:textId="77777777" w:rsidR="00077584" w:rsidRPr="00491074" w:rsidRDefault="00077584" w:rsidP="00491074">
      <w:pPr>
        <w:keepLines/>
        <w:widowControl w:val="0"/>
        <w:spacing w:after="0" w:line="240" w:lineRule="auto"/>
        <w:jc w:val="both"/>
        <w:rPr>
          <w:rFonts w:asciiTheme="majorHAnsi" w:hAnsiTheme="majorHAnsi" w:cstheme="majorHAnsi"/>
          <w:sz w:val="26"/>
          <w:szCs w:val="26"/>
          <w:lang w:val="pl-PL"/>
        </w:rPr>
      </w:pPr>
    </w:p>
    <w:p w14:paraId="24201C58"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Był to okres bardzo intensywnej pracy związanej zarówno z bieżącym funkcjonowaniem samorządu, jak i realizacją inwestycji, przygotowaniem nowych projektów, pozyskiwaniem środków zewnętrznych oraz organizacją licznych wydarzeń społecznych, sportowych i kulturalnych.</w:t>
      </w:r>
    </w:p>
    <w:p w14:paraId="7EEC1882"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W omawianym okresie:</w:t>
      </w:r>
    </w:p>
    <w:p w14:paraId="42752A70" w14:textId="77777777" w:rsidR="00077584" w:rsidRPr="00077584" w:rsidRDefault="00077584" w:rsidP="00491074">
      <w:pPr>
        <w:keepLines/>
        <w:widowControl w:val="0"/>
        <w:numPr>
          <w:ilvl w:val="0"/>
          <w:numId w:val="10"/>
        </w:numPr>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 xml:space="preserve">odbyłem około </w:t>
      </w:r>
      <w:r w:rsidRPr="00077584">
        <w:rPr>
          <w:rFonts w:asciiTheme="majorHAnsi" w:hAnsiTheme="majorHAnsi" w:cstheme="majorHAnsi"/>
          <w:b/>
          <w:bCs/>
          <w:sz w:val="26"/>
          <w:szCs w:val="26"/>
          <w:lang w:val="pl-PL"/>
        </w:rPr>
        <w:t>17 spotkań z mieszkańcami</w:t>
      </w:r>
      <w:r w:rsidRPr="00077584">
        <w:rPr>
          <w:rFonts w:asciiTheme="majorHAnsi" w:hAnsiTheme="majorHAnsi" w:cstheme="majorHAnsi"/>
          <w:sz w:val="26"/>
          <w:szCs w:val="26"/>
          <w:lang w:val="pl-PL"/>
        </w:rPr>
        <w:t xml:space="preserve"> w Urzędzie Gminy. Dotyczyły one przede wszystkim spraw związanych z infrastrukturą drogową, gospodarką wodociągową, bezpieczeństwem mieszkańców, planowanymi inwestycjami oraz bieżącymi problemami zgłaszanymi przez mieszkańców;</w:t>
      </w:r>
    </w:p>
    <w:p w14:paraId="23E9E43B" w14:textId="23B24512" w:rsidR="00077584" w:rsidRPr="00077584" w:rsidRDefault="00077584" w:rsidP="00491074">
      <w:pPr>
        <w:keepLines/>
        <w:widowControl w:val="0"/>
        <w:numPr>
          <w:ilvl w:val="0"/>
          <w:numId w:val="10"/>
        </w:numPr>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 xml:space="preserve">uczestniczyłem w </w:t>
      </w:r>
      <w:r w:rsidRPr="00077584">
        <w:rPr>
          <w:rFonts w:asciiTheme="majorHAnsi" w:hAnsiTheme="majorHAnsi" w:cstheme="majorHAnsi"/>
          <w:b/>
          <w:bCs/>
          <w:sz w:val="26"/>
          <w:szCs w:val="26"/>
          <w:lang w:val="pl-PL"/>
        </w:rPr>
        <w:t>trzech spotkaniach wyjazdowych z mieszkańcami</w:t>
      </w:r>
      <w:r w:rsidRPr="00077584">
        <w:rPr>
          <w:rFonts w:asciiTheme="majorHAnsi" w:hAnsiTheme="majorHAnsi" w:cstheme="majorHAnsi"/>
          <w:sz w:val="26"/>
          <w:szCs w:val="26"/>
          <w:lang w:val="pl-PL"/>
        </w:rPr>
        <w:t xml:space="preserve"> w Prądocinie, </w:t>
      </w:r>
      <w:r w:rsidRPr="00491074">
        <w:rPr>
          <w:rFonts w:asciiTheme="majorHAnsi" w:hAnsiTheme="majorHAnsi" w:cstheme="majorHAnsi"/>
          <w:sz w:val="26"/>
          <w:szCs w:val="26"/>
          <w:lang w:val="pl-PL"/>
        </w:rPr>
        <w:t xml:space="preserve">Olimpinie </w:t>
      </w:r>
      <w:r w:rsidRPr="00077584">
        <w:rPr>
          <w:rFonts w:asciiTheme="majorHAnsi" w:hAnsiTheme="majorHAnsi" w:cstheme="majorHAnsi"/>
          <w:sz w:val="26"/>
          <w:szCs w:val="26"/>
          <w:lang w:val="pl-PL"/>
        </w:rPr>
        <w:t xml:space="preserve">i </w:t>
      </w:r>
      <w:proofErr w:type="spellStart"/>
      <w:r w:rsidRPr="00077584">
        <w:rPr>
          <w:rFonts w:asciiTheme="majorHAnsi" w:hAnsiTheme="majorHAnsi" w:cstheme="majorHAnsi"/>
          <w:sz w:val="26"/>
          <w:szCs w:val="26"/>
          <w:lang w:val="pl-PL"/>
        </w:rPr>
        <w:t>Dziemionnie</w:t>
      </w:r>
      <w:proofErr w:type="spellEnd"/>
      <w:r w:rsidRPr="00077584">
        <w:rPr>
          <w:rFonts w:asciiTheme="majorHAnsi" w:hAnsiTheme="majorHAnsi" w:cstheme="majorHAnsi"/>
          <w:sz w:val="26"/>
          <w:szCs w:val="26"/>
          <w:lang w:val="pl-PL"/>
        </w:rPr>
        <w:t>, gdzie omawiano potrzeby inwestycyjne poszczególnych miejscowości;</w:t>
      </w:r>
    </w:p>
    <w:p w14:paraId="5EE5613B" w14:textId="77777777" w:rsidR="00077584" w:rsidRPr="00077584" w:rsidRDefault="00077584" w:rsidP="00491074">
      <w:pPr>
        <w:keepLines/>
        <w:widowControl w:val="0"/>
        <w:numPr>
          <w:ilvl w:val="0"/>
          <w:numId w:val="10"/>
        </w:numPr>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odbyłem również spotkanie u notariusza w sprawach związanych z realizacją zadań Gminy.</w:t>
      </w:r>
    </w:p>
    <w:p w14:paraId="7E108D18" w14:textId="77777777" w:rsidR="00491074" w:rsidRDefault="00491074" w:rsidP="00491074">
      <w:pPr>
        <w:keepLines/>
        <w:widowControl w:val="0"/>
        <w:spacing w:after="0" w:line="240" w:lineRule="auto"/>
        <w:jc w:val="both"/>
        <w:rPr>
          <w:rFonts w:asciiTheme="majorHAnsi" w:hAnsiTheme="majorHAnsi" w:cstheme="majorHAnsi"/>
          <w:b/>
          <w:bCs/>
          <w:sz w:val="26"/>
          <w:szCs w:val="26"/>
          <w:lang w:val="pl-PL"/>
        </w:rPr>
      </w:pPr>
    </w:p>
    <w:p w14:paraId="20CFFE4F" w14:textId="0A76791A" w:rsidR="00077584" w:rsidRPr="00077584" w:rsidRDefault="00077584" w:rsidP="00491074">
      <w:pPr>
        <w:keepLines/>
        <w:widowControl w:val="0"/>
        <w:spacing w:after="0" w:line="240" w:lineRule="auto"/>
        <w:jc w:val="both"/>
        <w:rPr>
          <w:rFonts w:asciiTheme="majorHAnsi" w:hAnsiTheme="majorHAnsi" w:cstheme="majorHAnsi"/>
          <w:b/>
          <w:bCs/>
          <w:sz w:val="26"/>
          <w:szCs w:val="26"/>
          <w:lang w:val="pl-PL"/>
        </w:rPr>
      </w:pPr>
      <w:r w:rsidRPr="00491074">
        <w:rPr>
          <w:rFonts w:asciiTheme="majorHAnsi" w:hAnsiTheme="majorHAnsi" w:cstheme="majorHAnsi"/>
          <w:b/>
          <w:bCs/>
          <w:sz w:val="26"/>
          <w:szCs w:val="26"/>
          <w:lang w:val="pl-PL"/>
        </w:rPr>
        <w:lastRenderedPageBreak/>
        <w:br/>
      </w:r>
      <w:r w:rsidRPr="00077584">
        <w:rPr>
          <w:rFonts w:asciiTheme="majorHAnsi" w:hAnsiTheme="majorHAnsi" w:cstheme="majorHAnsi"/>
          <w:b/>
          <w:bCs/>
          <w:sz w:val="26"/>
          <w:szCs w:val="26"/>
          <w:lang w:val="pl-PL"/>
        </w:rPr>
        <w:t>2 czerwca 2026 r.</w:t>
      </w:r>
    </w:p>
    <w:p w14:paraId="665BE96C"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 xml:space="preserve">Odbyłem spotkanie z projektantami odpowiedzialnymi za opracowanie dokumentacji projektowej </w:t>
      </w:r>
      <w:r w:rsidRPr="00077584">
        <w:rPr>
          <w:rFonts w:asciiTheme="majorHAnsi" w:hAnsiTheme="majorHAnsi" w:cstheme="majorHAnsi"/>
          <w:b/>
          <w:bCs/>
          <w:sz w:val="26"/>
          <w:szCs w:val="26"/>
          <w:lang w:val="pl-PL"/>
        </w:rPr>
        <w:t>Stacji Uzdatniania Wody</w:t>
      </w:r>
      <w:r w:rsidRPr="00077584">
        <w:rPr>
          <w:rFonts w:asciiTheme="majorHAnsi" w:hAnsiTheme="majorHAnsi" w:cstheme="majorHAnsi"/>
          <w:sz w:val="26"/>
          <w:szCs w:val="26"/>
          <w:lang w:val="pl-PL"/>
        </w:rPr>
        <w:t>.</w:t>
      </w:r>
    </w:p>
    <w:p w14:paraId="6F16D46F"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Podczas spotkania omówiono przyjęte rozwiązania techniczne, harmonogram realizacji dokumentacji oraz dalsze działania związane z modernizacją infrastruktury wodociągowej. Jest to jedna z kluczowych inwestycji mających na celu zapewnienie mieszkańcom stabilnych dostaw wody o odpowiedniej jakości oraz zabezpieczenie potrzeb rozwijającej się gminy.</w:t>
      </w:r>
    </w:p>
    <w:p w14:paraId="59E09E5C" w14:textId="091096F0" w:rsidR="00077584" w:rsidRPr="00077584" w:rsidRDefault="00077584" w:rsidP="00491074">
      <w:pPr>
        <w:keepLines/>
        <w:widowControl w:val="0"/>
        <w:spacing w:after="0" w:line="240" w:lineRule="auto"/>
        <w:jc w:val="both"/>
        <w:rPr>
          <w:rFonts w:asciiTheme="majorHAnsi" w:hAnsiTheme="majorHAnsi" w:cstheme="majorHAnsi"/>
          <w:b/>
          <w:bCs/>
          <w:sz w:val="26"/>
          <w:szCs w:val="26"/>
          <w:lang w:val="pl-PL"/>
        </w:rPr>
      </w:pPr>
      <w:r w:rsidRPr="00491074">
        <w:rPr>
          <w:rFonts w:asciiTheme="majorHAnsi" w:hAnsiTheme="majorHAnsi" w:cstheme="majorHAnsi"/>
          <w:b/>
          <w:bCs/>
          <w:sz w:val="26"/>
          <w:szCs w:val="26"/>
          <w:lang w:val="pl-PL"/>
        </w:rPr>
        <w:br/>
      </w:r>
      <w:r w:rsidRPr="00077584">
        <w:rPr>
          <w:rFonts w:asciiTheme="majorHAnsi" w:hAnsiTheme="majorHAnsi" w:cstheme="majorHAnsi"/>
          <w:b/>
          <w:bCs/>
          <w:sz w:val="26"/>
          <w:szCs w:val="26"/>
          <w:lang w:val="pl-PL"/>
        </w:rPr>
        <w:t>9 czerwca 2026 r.</w:t>
      </w:r>
    </w:p>
    <w:p w14:paraId="192808F7"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 xml:space="preserve">Uczestniczyłem w </w:t>
      </w:r>
      <w:r w:rsidRPr="00077584">
        <w:rPr>
          <w:rFonts w:asciiTheme="majorHAnsi" w:hAnsiTheme="majorHAnsi" w:cstheme="majorHAnsi"/>
          <w:b/>
          <w:bCs/>
          <w:sz w:val="26"/>
          <w:szCs w:val="26"/>
          <w:lang w:val="pl-PL"/>
        </w:rPr>
        <w:t xml:space="preserve">Zebraniu Sołeckim w </w:t>
      </w:r>
      <w:proofErr w:type="spellStart"/>
      <w:r w:rsidRPr="00077584">
        <w:rPr>
          <w:rFonts w:asciiTheme="majorHAnsi" w:hAnsiTheme="majorHAnsi" w:cstheme="majorHAnsi"/>
          <w:b/>
          <w:bCs/>
          <w:sz w:val="26"/>
          <w:szCs w:val="26"/>
          <w:lang w:val="pl-PL"/>
        </w:rPr>
        <w:t>Dziemionnie</w:t>
      </w:r>
      <w:proofErr w:type="spellEnd"/>
      <w:r w:rsidRPr="00077584">
        <w:rPr>
          <w:rFonts w:asciiTheme="majorHAnsi" w:hAnsiTheme="majorHAnsi" w:cstheme="majorHAnsi"/>
          <w:sz w:val="26"/>
          <w:szCs w:val="26"/>
          <w:lang w:val="pl-PL"/>
        </w:rPr>
        <w:t>.</w:t>
      </w:r>
    </w:p>
    <w:p w14:paraId="2FECA188"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Najważniejszym punktem zebrania było podjęcie uchwały dotyczącej przygotowania dokumentacji projektowej dla ulic:</w:t>
      </w:r>
    </w:p>
    <w:p w14:paraId="23FDA1EB" w14:textId="77777777" w:rsidR="00077584" w:rsidRPr="00077584" w:rsidRDefault="00077584" w:rsidP="00491074">
      <w:pPr>
        <w:keepLines/>
        <w:widowControl w:val="0"/>
        <w:numPr>
          <w:ilvl w:val="0"/>
          <w:numId w:val="11"/>
        </w:numPr>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Łąkowej,</w:t>
      </w:r>
    </w:p>
    <w:p w14:paraId="54398119" w14:textId="77777777" w:rsidR="00077584" w:rsidRPr="00077584" w:rsidRDefault="00077584" w:rsidP="00491074">
      <w:pPr>
        <w:keepLines/>
        <w:widowControl w:val="0"/>
        <w:numPr>
          <w:ilvl w:val="0"/>
          <w:numId w:val="11"/>
        </w:numPr>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Grabowej,</w:t>
      </w:r>
    </w:p>
    <w:p w14:paraId="3D1A75EC" w14:textId="77777777" w:rsidR="00077584" w:rsidRPr="00077584" w:rsidRDefault="00077584" w:rsidP="00491074">
      <w:pPr>
        <w:keepLines/>
        <w:widowControl w:val="0"/>
        <w:numPr>
          <w:ilvl w:val="0"/>
          <w:numId w:val="11"/>
        </w:numPr>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Wierzbowej.</w:t>
      </w:r>
    </w:p>
    <w:p w14:paraId="3B2AB068"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Realizacja tej dokumentacji pozwoli na przygotowanie kolejnych inwestycji drogowych poprawiających komfort życia mieszkańców.</w:t>
      </w:r>
    </w:p>
    <w:p w14:paraId="6FBE5F2B" w14:textId="5C7B2F08" w:rsidR="00077584" w:rsidRPr="00077584" w:rsidRDefault="00077584" w:rsidP="00491074">
      <w:pPr>
        <w:keepLines/>
        <w:widowControl w:val="0"/>
        <w:spacing w:after="0" w:line="240" w:lineRule="auto"/>
        <w:jc w:val="both"/>
        <w:rPr>
          <w:rFonts w:asciiTheme="majorHAnsi" w:hAnsiTheme="majorHAnsi" w:cstheme="majorHAnsi"/>
          <w:b/>
          <w:bCs/>
          <w:sz w:val="26"/>
          <w:szCs w:val="26"/>
          <w:lang w:val="pl-PL"/>
        </w:rPr>
      </w:pPr>
      <w:r w:rsidRPr="00491074">
        <w:rPr>
          <w:rFonts w:asciiTheme="majorHAnsi" w:hAnsiTheme="majorHAnsi" w:cstheme="majorHAnsi"/>
          <w:b/>
          <w:bCs/>
          <w:sz w:val="26"/>
          <w:szCs w:val="26"/>
          <w:lang w:val="pl-PL"/>
        </w:rPr>
        <w:br/>
      </w:r>
      <w:r w:rsidRPr="00077584">
        <w:rPr>
          <w:rFonts w:asciiTheme="majorHAnsi" w:hAnsiTheme="majorHAnsi" w:cstheme="majorHAnsi"/>
          <w:b/>
          <w:bCs/>
          <w:sz w:val="26"/>
          <w:szCs w:val="26"/>
          <w:lang w:val="pl-PL"/>
        </w:rPr>
        <w:t>10 czerwca 2026 r.</w:t>
      </w:r>
    </w:p>
    <w:p w14:paraId="7555E935"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 xml:space="preserve">W miejscowości Piecki odbyłem spotkanie z przedstawicielami </w:t>
      </w:r>
      <w:r w:rsidRPr="00077584">
        <w:rPr>
          <w:rFonts w:asciiTheme="majorHAnsi" w:hAnsiTheme="majorHAnsi" w:cstheme="majorHAnsi"/>
          <w:b/>
          <w:bCs/>
          <w:sz w:val="26"/>
          <w:szCs w:val="26"/>
          <w:lang w:val="pl-PL"/>
        </w:rPr>
        <w:t>Koła Gospodyń Wiejskich „Chabry i Maki”</w:t>
      </w:r>
      <w:r w:rsidRPr="00077584">
        <w:rPr>
          <w:rFonts w:asciiTheme="majorHAnsi" w:hAnsiTheme="majorHAnsi" w:cstheme="majorHAnsi"/>
          <w:sz w:val="26"/>
          <w:szCs w:val="26"/>
          <w:lang w:val="pl-PL"/>
        </w:rPr>
        <w:t xml:space="preserve">, poświęcone przygotowaniom do organizacji </w:t>
      </w:r>
      <w:r w:rsidRPr="00077584">
        <w:rPr>
          <w:rFonts w:asciiTheme="majorHAnsi" w:hAnsiTheme="majorHAnsi" w:cstheme="majorHAnsi"/>
          <w:b/>
          <w:bCs/>
          <w:sz w:val="26"/>
          <w:szCs w:val="26"/>
          <w:lang w:val="pl-PL"/>
        </w:rPr>
        <w:t>Kupała Fest 2026</w:t>
      </w:r>
      <w:r w:rsidRPr="00077584">
        <w:rPr>
          <w:rFonts w:asciiTheme="majorHAnsi" w:hAnsiTheme="majorHAnsi" w:cstheme="majorHAnsi"/>
          <w:sz w:val="26"/>
          <w:szCs w:val="26"/>
          <w:lang w:val="pl-PL"/>
        </w:rPr>
        <w:t>.</w:t>
      </w:r>
    </w:p>
    <w:p w14:paraId="7BE0885E"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Omówiono kwestie organizacji parkingów, zabezpieczenia imprezy, organizacji ruchu, współpracy służb oraz podział zadań organizacyjnych.</w:t>
      </w:r>
    </w:p>
    <w:p w14:paraId="6FDC7090" w14:textId="7CC8286F" w:rsidR="00077584" w:rsidRPr="00077584" w:rsidRDefault="00077584" w:rsidP="00491074">
      <w:pPr>
        <w:keepLines/>
        <w:widowControl w:val="0"/>
        <w:spacing w:after="0" w:line="240" w:lineRule="auto"/>
        <w:jc w:val="both"/>
        <w:rPr>
          <w:rFonts w:asciiTheme="majorHAnsi" w:hAnsiTheme="majorHAnsi" w:cstheme="majorHAnsi"/>
          <w:b/>
          <w:bCs/>
          <w:sz w:val="26"/>
          <w:szCs w:val="26"/>
          <w:lang w:val="pl-PL"/>
        </w:rPr>
      </w:pPr>
      <w:r w:rsidRPr="00491074">
        <w:rPr>
          <w:rFonts w:asciiTheme="majorHAnsi" w:hAnsiTheme="majorHAnsi" w:cstheme="majorHAnsi"/>
          <w:b/>
          <w:bCs/>
          <w:sz w:val="26"/>
          <w:szCs w:val="26"/>
          <w:lang w:val="pl-PL"/>
        </w:rPr>
        <w:br/>
      </w:r>
      <w:r w:rsidRPr="00077584">
        <w:rPr>
          <w:rFonts w:asciiTheme="majorHAnsi" w:hAnsiTheme="majorHAnsi" w:cstheme="majorHAnsi"/>
          <w:b/>
          <w:bCs/>
          <w:sz w:val="26"/>
          <w:szCs w:val="26"/>
          <w:lang w:val="pl-PL"/>
        </w:rPr>
        <w:t>11 czerwca 2026 r.</w:t>
      </w:r>
    </w:p>
    <w:p w14:paraId="76D72C3C"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 xml:space="preserve">Brałem udział w </w:t>
      </w:r>
      <w:r w:rsidRPr="00077584">
        <w:rPr>
          <w:rFonts w:asciiTheme="majorHAnsi" w:hAnsiTheme="majorHAnsi" w:cstheme="majorHAnsi"/>
          <w:b/>
          <w:bCs/>
          <w:sz w:val="26"/>
          <w:szCs w:val="26"/>
          <w:lang w:val="pl-PL"/>
        </w:rPr>
        <w:t>Konwencie Wójtów Województwa Kujawsko-Pomorskiego</w:t>
      </w:r>
      <w:r w:rsidRPr="00077584">
        <w:rPr>
          <w:rFonts w:asciiTheme="majorHAnsi" w:hAnsiTheme="majorHAnsi" w:cstheme="majorHAnsi"/>
          <w:sz w:val="26"/>
          <w:szCs w:val="26"/>
          <w:lang w:val="pl-PL"/>
        </w:rPr>
        <w:t xml:space="preserve">, który odbył się w </w:t>
      </w:r>
      <w:r w:rsidRPr="00077584">
        <w:rPr>
          <w:rFonts w:asciiTheme="majorHAnsi" w:hAnsiTheme="majorHAnsi" w:cstheme="majorHAnsi"/>
          <w:b/>
          <w:bCs/>
          <w:sz w:val="26"/>
          <w:szCs w:val="26"/>
          <w:lang w:val="pl-PL"/>
        </w:rPr>
        <w:t>Baruchowie</w:t>
      </w:r>
      <w:r w:rsidRPr="00077584">
        <w:rPr>
          <w:rFonts w:asciiTheme="majorHAnsi" w:hAnsiTheme="majorHAnsi" w:cstheme="majorHAnsi"/>
          <w:sz w:val="26"/>
          <w:szCs w:val="26"/>
          <w:lang w:val="pl-PL"/>
        </w:rPr>
        <w:t>.</w:t>
      </w:r>
    </w:p>
    <w:p w14:paraId="37C8F79A"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Podczas Konwentu omówiono najważniejsze zagadnienia związane z funkcjonowaniem samorządów, w szczególności nowe obowiązki wynikające z ustawy o ochronie ludności i obronie cywilnej.</w:t>
      </w:r>
    </w:p>
    <w:p w14:paraId="33CFA7E3"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Przedstawiono możliwości pozyskiwania środków finansowych na realizację nowych zadań z zakresu ochrony ludności oraz planowane programy wsparcia jednostek samorządu terytorialnego.</w:t>
      </w:r>
    </w:p>
    <w:p w14:paraId="40687A3E"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 xml:space="preserve">Jednym z najważniejszych tematów był również </w:t>
      </w:r>
      <w:r w:rsidRPr="00077584">
        <w:rPr>
          <w:rFonts w:asciiTheme="majorHAnsi" w:hAnsiTheme="majorHAnsi" w:cstheme="majorHAnsi"/>
          <w:b/>
          <w:bCs/>
          <w:sz w:val="26"/>
          <w:szCs w:val="26"/>
          <w:lang w:val="pl-PL"/>
        </w:rPr>
        <w:t>Rządowy Fundusz Rozwoju Dróg</w:t>
      </w:r>
      <w:r w:rsidRPr="00077584">
        <w:rPr>
          <w:rFonts w:asciiTheme="majorHAnsi" w:hAnsiTheme="majorHAnsi" w:cstheme="majorHAnsi"/>
          <w:sz w:val="26"/>
          <w:szCs w:val="26"/>
          <w:lang w:val="pl-PL"/>
        </w:rPr>
        <w:t>.</w:t>
      </w:r>
    </w:p>
    <w:p w14:paraId="03268102"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 xml:space="preserve">Miło mi poinformować, że </w:t>
      </w:r>
      <w:r w:rsidRPr="00077584">
        <w:rPr>
          <w:rFonts w:asciiTheme="majorHAnsi" w:hAnsiTheme="majorHAnsi" w:cstheme="majorHAnsi"/>
          <w:b/>
          <w:bCs/>
          <w:sz w:val="26"/>
          <w:szCs w:val="26"/>
          <w:lang w:val="pl-PL"/>
        </w:rPr>
        <w:t>Gmina Nowa Wieś Wielka będzie korzystać z dofinansowania przebudowy ulicy Letniskowej</w:t>
      </w:r>
      <w:r w:rsidRPr="00077584">
        <w:rPr>
          <w:rFonts w:asciiTheme="majorHAnsi" w:hAnsiTheme="majorHAnsi" w:cstheme="majorHAnsi"/>
          <w:sz w:val="26"/>
          <w:szCs w:val="26"/>
          <w:lang w:val="pl-PL"/>
        </w:rPr>
        <w:t>, co pozwoli znacząco ograniczyć udział środków własnych gminy przy realizacji tej inwestycji.</w:t>
      </w:r>
    </w:p>
    <w:p w14:paraId="772FCD17"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lastRenderedPageBreak/>
        <w:t xml:space="preserve">Jeszcze tego samego dnia uczestniczyłem w </w:t>
      </w:r>
      <w:r w:rsidRPr="00077584">
        <w:rPr>
          <w:rFonts w:asciiTheme="majorHAnsi" w:hAnsiTheme="majorHAnsi" w:cstheme="majorHAnsi"/>
          <w:b/>
          <w:bCs/>
          <w:sz w:val="26"/>
          <w:szCs w:val="26"/>
          <w:lang w:val="pl-PL"/>
        </w:rPr>
        <w:t>posiedzeniu Stowarzyszenia Metropolia Bydgoszcz</w:t>
      </w:r>
      <w:r w:rsidRPr="00077584">
        <w:rPr>
          <w:rFonts w:asciiTheme="majorHAnsi" w:hAnsiTheme="majorHAnsi" w:cstheme="majorHAnsi"/>
          <w:sz w:val="26"/>
          <w:szCs w:val="26"/>
          <w:lang w:val="pl-PL"/>
        </w:rPr>
        <w:t xml:space="preserve">, które odbyło się w </w:t>
      </w:r>
      <w:r w:rsidRPr="00077584">
        <w:rPr>
          <w:rFonts w:asciiTheme="majorHAnsi" w:hAnsiTheme="majorHAnsi" w:cstheme="majorHAnsi"/>
          <w:b/>
          <w:bCs/>
          <w:sz w:val="26"/>
          <w:szCs w:val="26"/>
          <w:lang w:val="pl-PL"/>
        </w:rPr>
        <w:t>Rulewie</w:t>
      </w:r>
      <w:r w:rsidRPr="00077584">
        <w:rPr>
          <w:rFonts w:asciiTheme="majorHAnsi" w:hAnsiTheme="majorHAnsi" w:cstheme="majorHAnsi"/>
          <w:sz w:val="26"/>
          <w:szCs w:val="26"/>
          <w:lang w:val="pl-PL"/>
        </w:rPr>
        <w:t>.</w:t>
      </w:r>
    </w:p>
    <w:p w14:paraId="7FDBE15E"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 xml:space="preserve">Podczas spotkania przedstawiono stan realizacji projektów finansowanych w ramach </w:t>
      </w:r>
      <w:r w:rsidRPr="00077584">
        <w:rPr>
          <w:rFonts w:asciiTheme="majorHAnsi" w:hAnsiTheme="majorHAnsi" w:cstheme="majorHAnsi"/>
          <w:b/>
          <w:bCs/>
          <w:sz w:val="26"/>
          <w:szCs w:val="26"/>
          <w:lang w:val="pl-PL"/>
        </w:rPr>
        <w:t>Zintegrowanych Inwestycji Terytorialnych (ZIT)</w:t>
      </w:r>
      <w:r w:rsidRPr="00077584">
        <w:rPr>
          <w:rFonts w:asciiTheme="majorHAnsi" w:hAnsiTheme="majorHAnsi" w:cstheme="majorHAnsi"/>
          <w:sz w:val="26"/>
          <w:szCs w:val="26"/>
          <w:lang w:val="pl-PL"/>
        </w:rPr>
        <w:t xml:space="preserve"> oraz omówiono kierunki finansowania przedsięwzięć planowanych w nowej perspektywie na lata </w:t>
      </w:r>
      <w:r w:rsidRPr="00077584">
        <w:rPr>
          <w:rFonts w:asciiTheme="majorHAnsi" w:hAnsiTheme="majorHAnsi" w:cstheme="majorHAnsi"/>
          <w:b/>
          <w:bCs/>
          <w:sz w:val="26"/>
          <w:szCs w:val="26"/>
          <w:lang w:val="pl-PL"/>
        </w:rPr>
        <w:t>2028–2033</w:t>
      </w:r>
      <w:r w:rsidRPr="00077584">
        <w:rPr>
          <w:rFonts w:asciiTheme="majorHAnsi" w:hAnsiTheme="majorHAnsi" w:cstheme="majorHAnsi"/>
          <w:sz w:val="26"/>
          <w:szCs w:val="26"/>
          <w:lang w:val="pl-PL"/>
        </w:rPr>
        <w:t>.</w:t>
      </w:r>
    </w:p>
    <w:p w14:paraId="3161C737"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Spotkanie było również okazją do wypracowania wspólnych stanowisk samorządów Metropolii Bydgoszcz dotyczących przyszłych inwestycji drogowych, środowiskowych, społecznych i transportowych.</w:t>
      </w:r>
    </w:p>
    <w:p w14:paraId="0F244A65" w14:textId="25C4250F" w:rsidR="00077584" w:rsidRPr="00077584" w:rsidRDefault="00077584" w:rsidP="00491074">
      <w:pPr>
        <w:keepLines/>
        <w:widowControl w:val="0"/>
        <w:spacing w:after="0" w:line="240" w:lineRule="auto"/>
        <w:jc w:val="both"/>
        <w:rPr>
          <w:rFonts w:asciiTheme="majorHAnsi" w:hAnsiTheme="majorHAnsi" w:cstheme="majorHAnsi"/>
          <w:b/>
          <w:bCs/>
          <w:sz w:val="26"/>
          <w:szCs w:val="26"/>
          <w:lang w:val="pl-PL"/>
        </w:rPr>
      </w:pPr>
      <w:r w:rsidRPr="00491074">
        <w:rPr>
          <w:rFonts w:asciiTheme="majorHAnsi" w:hAnsiTheme="majorHAnsi" w:cstheme="majorHAnsi"/>
          <w:b/>
          <w:bCs/>
          <w:sz w:val="26"/>
          <w:szCs w:val="26"/>
          <w:lang w:val="pl-PL"/>
        </w:rPr>
        <w:br/>
      </w:r>
      <w:r w:rsidRPr="00077584">
        <w:rPr>
          <w:rFonts w:asciiTheme="majorHAnsi" w:hAnsiTheme="majorHAnsi" w:cstheme="majorHAnsi"/>
          <w:b/>
          <w:bCs/>
          <w:sz w:val="26"/>
          <w:szCs w:val="26"/>
          <w:lang w:val="pl-PL"/>
        </w:rPr>
        <w:t>12 czerwca 2026 r.</w:t>
      </w:r>
    </w:p>
    <w:p w14:paraId="7E46CE1E"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 xml:space="preserve">Uczestniczyłem w organizacji wyjazdu uczniów </w:t>
      </w:r>
      <w:r w:rsidRPr="00077584">
        <w:rPr>
          <w:rFonts w:asciiTheme="majorHAnsi" w:hAnsiTheme="majorHAnsi" w:cstheme="majorHAnsi"/>
          <w:b/>
          <w:bCs/>
          <w:sz w:val="26"/>
          <w:szCs w:val="26"/>
          <w:lang w:val="pl-PL"/>
        </w:rPr>
        <w:t>Szkoły Podstawowej w Nowej Wsi Wielkiej</w:t>
      </w:r>
      <w:r w:rsidRPr="00077584">
        <w:rPr>
          <w:rFonts w:asciiTheme="majorHAnsi" w:hAnsiTheme="majorHAnsi" w:cstheme="majorHAnsi"/>
          <w:sz w:val="26"/>
          <w:szCs w:val="26"/>
          <w:lang w:val="pl-PL"/>
        </w:rPr>
        <w:t xml:space="preserve"> oraz </w:t>
      </w:r>
      <w:r w:rsidRPr="00077584">
        <w:rPr>
          <w:rFonts w:asciiTheme="majorHAnsi" w:hAnsiTheme="majorHAnsi" w:cstheme="majorHAnsi"/>
          <w:b/>
          <w:bCs/>
          <w:sz w:val="26"/>
          <w:szCs w:val="26"/>
          <w:lang w:val="pl-PL"/>
        </w:rPr>
        <w:t>Szkoły Podstawowej w Brzozie</w:t>
      </w:r>
      <w:r w:rsidRPr="00077584">
        <w:rPr>
          <w:rFonts w:asciiTheme="majorHAnsi" w:hAnsiTheme="majorHAnsi" w:cstheme="majorHAnsi"/>
          <w:sz w:val="26"/>
          <w:szCs w:val="26"/>
          <w:lang w:val="pl-PL"/>
        </w:rPr>
        <w:t xml:space="preserve"> na wydarzenie </w:t>
      </w:r>
      <w:r w:rsidRPr="00077584">
        <w:rPr>
          <w:rFonts w:asciiTheme="majorHAnsi" w:hAnsiTheme="majorHAnsi" w:cstheme="majorHAnsi"/>
          <w:b/>
          <w:bCs/>
          <w:sz w:val="26"/>
          <w:szCs w:val="26"/>
          <w:lang w:val="pl-PL"/>
        </w:rPr>
        <w:t>„Przystanek JP II”</w:t>
      </w:r>
      <w:r w:rsidRPr="00077584">
        <w:rPr>
          <w:rFonts w:asciiTheme="majorHAnsi" w:hAnsiTheme="majorHAnsi" w:cstheme="majorHAnsi"/>
          <w:sz w:val="26"/>
          <w:szCs w:val="26"/>
          <w:lang w:val="pl-PL"/>
        </w:rPr>
        <w:t xml:space="preserve"> w Toruniu.</w:t>
      </w:r>
    </w:p>
    <w:p w14:paraId="7D5E5566"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 xml:space="preserve">W wydarzeniu uczestniczyło </w:t>
      </w:r>
      <w:r w:rsidRPr="00077584">
        <w:rPr>
          <w:rFonts w:asciiTheme="majorHAnsi" w:hAnsiTheme="majorHAnsi" w:cstheme="majorHAnsi"/>
          <w:b/>
          <w:bCs/>
          <w:sz w:val="26"/>
          <w:szCs w:val="26"/>
          <w:lang w:val="pl-PL"/>
        </w:rPr>
        <w:t>42 uczniów</w:t>
      </w:r>
      <w:r w:rsidRPr="00077584">
        <w:rPr>
          <w:rFonts w:asciiTheme="majorHAnsi" w:hAnsiTheme="majorHAnsi" w:cstheme="majorHAnsi"/>
          <w:sz w:val="26"/>
          <w:szCs w:val="26"/>
          <w:lang w:val="pl-PL"/>
        </w:rPr>
        <w:t xml:space="preserve"> wraz z opiekunami oraz pracownikami Gminnego Ośrodka Kultury.</w:t>
      </w:r>
    </w:p>
    <w:p w14:paraId="26FF17AD"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Program został przygotowany w niezwykle nowoczesnej formule, dzięki czemu wartości św. Jana Pawła II zostały przedstawione młodzieży w sposób atrakcyjny i angażujący.</w:t>
      </w:r>
    </w:p>
    <w:p w14:paraId="233C17CC"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 xml:space="preserve">Dużym zainteresowaniem cieszył się robot </w:t>
      </w:r>
      <w:r w:rsidRPr="00077584">
        <w:rPr>
          <w:rFonts w:asciiTheme="majorHAnsi" w:hAnsiTheme="majorHAnsi" w:cstheme="majorHAnsi"/>
          <w:b/>
          <w:bCs/>
          <w:sz w:val="26"/>
          <w:szCs w:val="26"/>
          <w:lang w:val="pl-PL"/>
        </w:rPr>
        <w:t>Edward</w:t>
      </w:r>
      <w:r w:rsidRPr="00077584">
        <w:rPr>
          <w:rFonts w:asciiTheme="majorHAnsi" w:hAnsiTheme="majorHAnsi" w:cstheme="majorHAnsi"/>
          <w:sz w:val="26"/>
          <w:szCs w:val="26"/>
          <w:lang w:val="pl-PL"/>
        </w:rPr>
        <w:t>, który aktywnie uczestniczył w wydarzeniu i prowadził dialog z młodzieżą.</w:t>
      </w:r>
    </w:p>
    <w:p w14:paraId="5369BFAE"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 xml:space="preserve">Wyjazd został </w:t>
      </w:r>
      <w:r w:rsidRPr="00077584">
        <w:rPr>
          <w:rFonts w:asciiTheme="majorHAnsi" w:hAnsiTheme="majorHAnsi" w:cstheme="majorHAnsi"/>
          <w:b/>
          <w:bCs/>
          <w:sz w:val="26"/>
          <w:szCs w:val="26"/>
          <w:lang w:val="pl-PL"/>
        </w:rPr>
        <w:t>w całości sfinansowany przez Urząd Marszałkowski Województwa Kujawsko-Pomorskiego</w:t>
      </w:r>
      <w:r w:rsidRPr="00077584">
        <w:rPr>
          <w:rFonts w:asciiTheme="majorHAnsi" w:hAnsiTheme="majorHAnsi" w:cstheme="majorHAnsi"/>
          <w:sz w:val="26"/>
          <w:szCs w:val="26"/>
          <w:lang w:val="pl-PL"/>
        </w:rPr>
        <w:t>.</w:t>
      </w:r>
    </w:p>
    <w:p w14:paraId="1AEB567F" w14:textId="77777777" w:rsidR="00077584" w:rsidRPr="0049107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Serdecznie dziękuję pracownikom Gminnego Ośrodka Kultury za bardzo dobrą organizację wyjazdu oraz opiekę nad uczestnikami.</w:t>
      </w:r>
    </w:p>
    <w:p w14:paraId="3BEA2998" w14:textId="77777777" w:rsidR="00077584" w:rsidRPr="00491074" w:rsidRDefault="00077584" w:rsidP="00491074">
      <w:pPr>
        <w:keepLines/>
        <w:widowControl w:val="0"/>
        <w:spacing w:after="0" w:line="240" w:lineRule="auto"/>
        <w:jc w:val="both"/>
        <w:rPr>
          <w:rFonts w:asciiTheme="majorHAnsi" w:hAnsiTheme="majorHAnsi" w:cstheme="majorHAnsi"/>
          <w:sz w:val="26"/>
          <w:szCs w:val="26"/>
          <w:lang w:val="pl-PL"/>
        </w:rPr>
      </w:pPr>
    </w:p>
    <w:p w14:paraId="6D58988A" w14:textId="77777777" w:rsidR="00077584" w:rsidRPr="00077584" w:rsidRDefault="00077584" w:rsidP="00491074">
      <w:pPr>
        <w:keepLines/>
        <w:widowControl w:val="0"/>
        <w:spacing w:after="0" w:line="240" w:lineRule="auto"/>
        <w:jc w:val="both"/>
        <w:rPr>
          <w:rFonts w:asciiTheme="majorHAnsi" w:hAnsiTheme="majorHAnsi" w:cstheme="majorHAnsi"/>
          <w:b/>
          <w:bCs/>
          <w:sz w:val="26"/>
          <w:szCs w:val="26"/>
          <w:lang w:val="pl-PL"/>
        </w:rPr>
      </w:pPr>
      <w:r w:rsidRPr="00077584">
        <w:rPr>
          <w:rFonts w:asciiTheme="majorHAnsi" w:hAnsiTheme="majorHAnsi" w:cstheme="majorHAnsi"/>
          <w:b/>
          <w:bCs/>
          <w:sz w:val="26"/>
          <w:szCs w:val="26"/>
          <w:lang w:val="pl-PL"/>
        </w:rPr>
        <w:t>15 czerwca 2026 r.</w:t>
      </w:r>
    </w:p>
    <w:p w14:paraId="7AE0DDDD"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 xml:space="preserve">Uczestniczyłem we </w:t>
      </w:r>
      <w:r w:rsidRPr="00077584">
        <w:rPr>
          <w:rFonts w:asciiTheme="majorHAnsi" w:hAnsiTheme="majorHAnsi" w:cstheme="majorHAnsi"/>
          <w:b/>
          <w:bCs/>
          <w:sz w:val="26"/>
          <w:szCs w:val="26"/>
          <w:lang w:val="pl-PL"/>
        </w:rPr>
        <w:t>Mszy Świętej w Nowej Wsi Wielkiej</w:t>
      </w:r>
      <w:r w:rsidRPr="00077584">
        <w:rPr>
          <w:rFonts w:asciiTheme="majorHAnsi" w:hAnsiTheme="majorHAnsi" w:cstheme="majorHAnsi"/>
          <w:sz w:val="26"/>
          <w:szCs w:val="26"/>
          <w:lang w:val="pl-PL"/>
        </w:rPr>
        <w:t xml:space="preserve"> z okazji </w:t>
      </w:r>
      <w:r w:rsidRPr="00077584">
        <w:rPr>
          <w:rFonts w:asciiTheme="majorHAnsi" w:hAnsiTheme="majorHAnsi" w:cstheme="majorHAnsi"/>
          <w:b/>
          <w:bCs/>
          <w:sz w:val="26"/>
          <w:szCs w:val="26"/>
          <w:lang w:val="pl-PL"/>
        </w:rPr>
        <w:t>46. rocznicy święceń kapłańskich Księdza Kanonika Michała Stolarskiego</w:t>
      </w:r>
      <w:r w:rsidRPr="00077584">
        <w:rPr>
          <w:rFonts w:asciiTheme="majorHAnsi" w:hAnsiTheme="majorHAnsi" w:cstheme="majorHAnsi"/>
          <w:sz w:val="26"/>
          <w:szCs w:val="26"/>
          <w:lang w:val="pl-PL"/>
        </w:rPr>
        <w:t>.</w:t>
      </w:r>
    </w:p>
    <w:p w14:paraId="1FAC71AE"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Była to wyjątkowa uroczystość, podczas której w imieniu mieszkańców Gminy Nowa Wieś Wielka złożyłem Księdzu Kanonikowi serdeczne gratulacje oraz podziękowania za 46 lat wiernej posługi kapłańskiej, działalność duszpasterską oraz wieloletnią współpracę z samorządem i lokalną społecznością.</w:t>
      </w:r>
    </w:p>
    <w:p w14:paraId="3591E692" w14:textId="09E965EE" w:rsidR="00077584" w:rsidRPr="00491074" w:rsidRDefault="00077584" w:rsidP="00491074">
      <w:pPr>
        <w:keepLines/>
        <w:widowControl w:val="0"/>
        <w:spacing w:after="0" w:line="240" w:lineRule="auto"/>
        <w:jc w:val="both"/>
        <w:rPr>
          <w:rFonts w:asciiTheme="majorHAnsi" w:hAnsiTheme="majorHAnsi" w:cstheme="majorHAnsi"/>
          <w:sz w:val="26"/>
          <w:szCs w:val="26"/>
          <w:lang w:val="pl-PL"/>
        </w:rPr>
      </w:pPr>
    </w:p>
    <w:p w14:paraId="1F2ABECA" w14:textId="77777777" w:rsidR="00077584" w:rsidRPr="00491074" w:rsidRDefault="00077584" w:rsidP="00491074">
      <w:pPr>
        <w:keepLines/>
        <w:widowControl w:val="0"/>
        <w:spacing w:after="0" w:line="240" w:lineRule="auto"/>
        <w:jc w:val="both"/>
        <w:rPr>
          <w:rFonts w:asciiTheme="majorHAnsi" w:hAnsiTheme="majorHAnsi" w:cstheme="majorHAnsi"/>
          <w:sz w:val="26"/>
          <w:szCs w:val="26"/>
          <w:lang w:val="pl-PL"/>
        </w:rPr>
      </w:pPr>
    </w:p>
    <w:p w14:paraId="39473805" w14:textId="77777777" w:rsidR="00077584" w:rsidRPr="00077584" w:rsidRDefault="00077584" w:rsidP="00491074">
      <w:pPr>
        <w:keepLines/>
        <w:widowControl w:val="0"/>
        <w:spacing w:after="0" w:line="240" w:lineRule="auto"/>
        <w:jc w:val="both"/>
        <w:rPr>
          <w:rFonts w:asciiTheme="majorHAnsi" w:hAnsiTheme="majorHAnsi" w:cstheme="majorHAnsi"/>
          <w:b/>
          <w:bCs/>
          <w:sz w:val="26"/>
          <w:szCs w:val="26"/>
          <w:lang w:val="pl-PL"/>
        </w:rPr>
      </w:pPr>
      <w:r w:rsidRPr="00077584">
        <w:rPr>
          <w:rFonts w:asciiTheme="majorHAnsi" w:hAnsiTheme="majorHAnsi" w:cstheme="majorHAnsi"/>
          <w:b/>
          <w:bCs/>
          <w:sz w:val="26"/>
          <w:szCs w:val="26"/>
          <w:lang w:val="pl-PL"/>
        </w:rPr>
        <w:t>17 czerwca 2026 r.</w:t>
      </w:r>
    </w:p>
    <w:p w14:paraId="7C3CEE81"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 xml:space="preserve">Ponownie spotkałem się w </w:t>
      </w:r>
      <w:r w:rsidRPr="00077584">
        <w:rPr>
          <w:rFonts w:asciiTheme="majorHAnsi" w:hAnsiTheme="majorHAnsi" w:cstheme="majorHAnsi"/>
          <w:b/>
          <w:bCs/>
          <w:sz w:val="26"/>
          <w:szCs w:val="26"/>
          <w:lang w:val="pl-PL"/>
        </w:rPr>
        <w:t>Pieckach</w:t>
      </w:r>
      <w:r w:rsidRPr="00077584">
        <w:rPr>
          <w:rFonts w:asciiTheme="majorHAnsi" w:hAnsiTheme="majorHAnsi" w:cstheme="majorHAnsi"/>
          <w:sz w:val="26"/>
          <w:szCs w:val="26"/>
          <w:lang w:val="pl-PL"/>
        </w:rPr>
        <w:t xml:space="preserve"> z przedstawicielami </w:t>
      </w:r>
      <w:r w:rsidRPr="00077584">
        <w:rPr>
          <w:rFonts w:asciiTheme="majorHAnsi" w:hAnsiTheme="majorHAnsi" w:cstheme="majorHAnsi"/>
          <w:b/>
          <w:bCs/>
          <w:sz w:val="26"/>
          <w:szCs w:val="26"/>
          <w:lang w:val="pl-PL"/>
        </w:rPr>
        <w:t>Koła Gospodyń Wiejskich „Chabry i Maki”</w:t>
      </w:r>
      <w:r w:rsidRPr="00077584">
        <w:rPr>
          <w:rFonts w:asciiTheme="majorHAnsi" w:hAnsiTheme="majorHAnsi" w:cstheme="majorHAnsi"/>
          <w:sz w:val="26"/>
          <w:szCs w:val="26"/>
          <w:lang w:val="pl-PL"/>
        </w:rPr>
        <w:t xml:space="preserve">, aby omówić ostatnie przygotowania do organizacji </w:t>
      </w:r>
      <w:r w:rsidRPr="00077584">
        <w:rPr>
          <w:rFonts w:asciiTheme="majorHAnsi" w:hAnsiTheme="majorHAnsi" w:cstheme="majorHAnsi"/>
          <w:b/>
          <w:bCs/>
          <w:sz w:val="26"/>
          <w:szCs w:val="26"/>
          <w:lang w:val="pl-PL"/>
        </w:rPr>
        <w:t>Kupała Fest 2026</w:t>
      </w:r>
      <w:r w:rsidRPr="00077584">
        <w:rPr>
          <w:rFonts w:asciiTheme="majorHAnsi" w:hAnsiTheme="majorHAnsi" w:cstheme="majorHAnsi"/>
          <w:sz w:val="26"/>
          <w:szCs w:val="26"/>
          <w:lang w:val="pl-PL"/>
        </w:rPr>
        <w:t>.</w:t>
      </w:r>
    </w:p>
    <w:p w14:paraId="4896D122"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Podczas spotkania dopracowano kwestie związane z organizacją ruchu, parkingów, zabezpieczeniem imprezy, współpracą służb porządkowych oraz podziałem obowiązków pomiędzy organizatorów. Dzięki bardzo dobrej współpracy wszystkich zaangażowanych osób wydarzenie zostało przygotowane na wysokim poziomie organizacyjnym.</w:t>
      </w:r>
    </w:p>
    <w:p w14:paraId="5CE1F25F" w14:textId="2B15473A"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p>
    <w:p w14:paraId="631C0B5D" w14:textId="77777777" w:rsidR="00077584" w:rsidRPr="00077584" w:rsidRDefault="00077584" w:rsidP="00491074">
      <w:pPr>
        <w:keepLines/>
        <w:widowControl w:val="0"/>
        <w:spacing w:after="0" w:line="240" w:lineRule="auto"/>
        <w:jc w:val="both"/>
        <w:rPr>
          <w:rFonts w:asciiTheme="majorHAnsi" w:hAnsiTheme="majorHAnsi" w:cstheme="majorHAnsi"/>
          <w:b/>
          <w:bCs/>
          <w:sz w:val="26"/>
          <w:szCs w:val="26"/>
          <w:lang w:val="pl-PL"/>
        </w:rPr>
      </w:pPr>
      <w:r w:rsidRPr="00077584">
        <w:rPr>
          <w:rFonts w:asciiTheme="majorHAnsi" w:hAnsiTheme="majorHAnsi" w:cstheme="majorHAnsi"/>
          <w:b/>
          <w:bCs/>
          <w:sz w:val="26"/>
          <w:szCs w:val="26"/>
          <w:lang w:val="pl-PL"/>
        </w:rPr>
        <w:lastRenderedPageBreak/>
        <w:t>19 czerwca 2026 r.</w:t>
      </w:r>
    </w:p>
    <w:p w14:paraId="45ECDB5B"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 xml:space="preserve">Brałem udział w </w:t>
      </w:r>
      <w:r w:rsidRPr="00077584">
        <w:rPr>
          <w:rFonts w:asciiTheme="majorHAnsi" w:hAnsiTheme="majorHAnsi" w:cstheme="majorHAnsi"/>
          <w:b/>
          <w:bCs/>
          <w:sz w:val="26"/>
          <w:szCs w:val="26"/>
          <w:lang w:val="pl-PL"/>
        </w:rPr>
        <w:t>szkoleniu dla wójtów i burmistrzów z zakresu ochrony ludności i obrony cywilnej</w:t>
      </w:r>
      <w:r w:rsidRPr="00077584">
        <w:rPr>
          <w:rFonts w:asciiTheme="majorHAnsi" w:hAnsiTheme="majorHAnsi" w:cstheme="majorHAnsi"/>
          <w:sz w:val="26"/>
          <w:szCs w:val="26"/>
          <w:lang w:val="pl-PL"/>
        </w:rPr>
        <w:t xml:space="preserve">, które odbyło się w </w:t>
      </w:r>
      <w:r w:rsidRPr="00077584">
        <w:rPr>
          <w:rFonts w:asciiTheme="majorHAnsi" w:hAnsiTheme="majorHAnsi" w:cstheme="majorHAnsi"/>
          <w:b/>
          <w:bCs/>
          <w:sz w:val="26"/>
          <w:szCs w:val="26"/>
          <w:lang w:val="pl-PL"/>
        </w:rPr>
        <w:t>Kujawsko-Pomorskim Urzędzie Wojewódzkim w Bydgoszczy</w:t>
      </w:r>
      <w:r w:rsidRPr="00077584">
        <w:rPr>
          <w:rFonts w:asciiTheme="majorHAnsi" w:hAnsiTheme="majorHAnsi" w:cstheme="majorHAnsi"/>
          <w:sz w:val="26"/>
          <w:szCs w:val="26"/>
          <w:lang w:val="pl-PL"/>
        </w:rPr>
        <w:t>.</w:t>
      </w:r>
    </w:p>
    <w:p w14:paraId="2AA81378"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Szkolenie miało bardzo praktyczny charakter i dotyczyło nowych obowiązków jednostek samorządu terytorialnego wynikających z obowiązujących przepisów.</w:t>
      </w:r>
    </w:p>
    <w:p w14:paraId="0CFF9B2B"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Szczegółowo omówiono zasady planowania zadań z zakresu ochrony ludności, przygotowania gmin do sytuacji kryzysowych oraz możliwości finansowania tych działań ze środków budżetu państwa.</w:t>
      </w:r>
    </w:p>
    <w:p w14:paraId="44F0796B"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 xml:space="preserve">Przekazane informacje są niezwykle istotne z punktu widzenia planowania budżetu na </w:t>
      </w:r>
      <w:r w:rsidRPr="00077584">
        <w:rPr>
          <w:rFonts w:asciiTheme="majorHAnsi" w:hAnsiTheme="majorHAnsi" w:cstheme="majorHAnsi"/>
          <w:b/>
          <w:bCs/>
          <w:sz w:val="26"/>
          <w:szCs w:val="26"/>
          <w:lang w:val="pl-PL"/>
        </w:rPr>
        <w:t>2027 rok</w:t>
      </w:r>
      <w:r w:rsidRPr="00077584">
        <w:rPr>
          <w:rFonts w:asciiTheme="majorHAnsi" w:hAnsiTheme="majorHAnsi" w:cstheme="majorHAnsi"/>
          <w:sz w:val="26"/>
          <w:szCs w:val="26"/>
          <w:lang w:val="pl-PL"/>
        </w:rPr>
        <w:t>. Pozwolą one Gminie Nowa Wieś Wielka przygotować projekty i skutecznie ubiegać się o środki finansowe na rozwój systemu ochrony ludności oraz zwiększenie bezpieczeństwa mieszkańców.</w:t>
      </w:r>
    </w:p>
    <w:p w14:paraId="586ECB92" w14:textId="6A5A35C3" w:rsidR="00077584" w:rsidRPr="00491074" w:rsidRDefault="00077584" w:rsidP="00491074">
      <w:pPr>
        <w:keepLines/>
        <w:widowControl w:val="0"/>
        <w:spacing w:after="0" w:line="240" w:lineRule="auto"/>
        <w:jc w:val="both"/>
        <w:rPr>
          <w:rFonts w:asciiTheme="majorHAnsi" w:hAnsiTheme="majorHAnsi" w:cstheme="majorHAnsi"/>
          <w:sz w:val="26"/>
          <w:szCs w:val="26"/>
          <w:lang w:val="pl-PL"/>
        </w:rPr>
      </w:pPr>
    </w:p>
    <w:p w14:paraId="620692B8"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p>
    <w:p w14:paraId="2D8487BE" w14:textId="54EF53A2" w:rsidR="00077584" w:rsidRPr="00077584" w:rsidRDefault="00077584" w:rsidP="00491074">
      <w:pPr>
        <w:keepLines/>
        <w:widowControl w:val="0"/>
        <w:spacing w:after="0" w:line="240" w:lineRule="auto"/>
        <w:jc w:val="both"/>
        <w:rPr>
          <w:rFonts w:asciiTheme="majorHAnsi" w:hAnsiTheme="majorHAnsi" w:cstheme="majorHAnsi"/>
          <w:b/>
          <w:bCs/>
          <w:sz w:val="26"/>
          <w:szCs w:val="26"/>
          <w:lang w:val="pl-PL"/>
        </w:rPr>
      </w:pPr>
      <w:r w:rsidRPr="00491074">
        <w:rPr>
          <w:rFonts w:asciiTheme="majorHAnsi" w:hAnsiTheme="majorHAnsi" w:cstheme="majorHAnsi"/>
          <w:b/>
          <w:bCs/>
          <w:sz w:val="26"/>
          <w:szCs w:val="26"/>
          <w:lang w:val="pl-PL"/>
        </w:rPr>
        <w:t>17-18</w:t>
      </w:r>
      <w:r w:rsidRPr="00077584">
        <w:rPr>
          <w:rFonts w:asciiTheme="majorHAnsi" w:hAnsiTheme="majorHAnsi" w:cstheme="majorHAnsi"/>
          <w:b/>
          <w:bCs/>
          <w:sz w:val="26"/>
          <w:szCs w:val="26"/>
          <w:lang w:val="pl-PL"/>
        </w:rPr>
        <w:t xml:space="preserve"> czerwca 2026 r.</w:t>
      </w:r>
    </w:p>
    <w:p w14:paraId="5058467C"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 xml:space="preserve">Znaczną część czasu poświęcono również przygotowaniom oraz organizacji </w:t>
      </w:r>
      <w:r w:rsidRPr="00077584">
        <w:rPr>
          <w:rFonts w:asciiTheme="majorHAnsi" w:hAnsiTheme="majorHAnsi" w:cstheme="majorHAnsi"/>
          <w:b/>
          <w:bCs/>
          <w:sz w:val="26"/>
          <w:szCs w:val="26"/>
          <w:lang w:val="pl-PL"/>
        </w:rPr>
        <w:t>Kupała Fest 2026</w:t>
      </w:r>
      <w:r w:rsidRPr="00077584">
        <w:rPr>
          <w:rFonts w:asciiTheme="majorHAnsi" w:hAnsiTheme="majorHAnsi" w:cstheme="majorHAnsi"/>
          <w:sz w:val="26"/>
          <w:szCs w:val="26"/>
          <w:lang w:val="pl-PL"/>
        </w:rPr>
        <w:t>, który odbył się w Prądocinie.</w:t>
      </w:r>
    </w:p>
    <w:p w14:paraId="6594E14E"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To wyjątkowe wydarzenie po raz kolejny pokazało ogromny potencjał organizacji społecznych działających na terenie naszej gminy.</w:t>
      </w:r>
    </w:p>
    <w:p w14:paraId="1B945A82"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 xml:space="preserve">Serdecznie dziękuję </w:t>
      </w:r>
      <w:r w:rsidRPr="00077584">
        <w:rPr>
          <w:rFonts w:asciiTheme="majorHAnsi" w:hAnsiTheme="majorHAnsi" w:cstheme="majorHAnsi"/>
          <w:b/>
          <w:bCs/>
          <w:sz w:val="26"/>
          <w:szCs w:val="26"/>
          <w:lang w:val="pl-PL"/>
        </w:rPr>
        <w:t>Kołu Gospodyń Wiejskich „Chabry i Maki”</w:t>
      </w:r>
      <w:r w:rsidRPr="00077584">
        <w:rPr>
          <w:rFonts w:asciiTheme="majorHAnsi" w:hAnsiTheme="majorHAnsi" w:cstheme="majorHAnsi"/>
          <w:sz w:val="26"/>
          <w:szCs w:val="26"/>
          <w:lang w:val="pl-PL"/>
        </w:rPr>
        <w:t>, wszystkim partnerom, sponsorom, druhom OSP, wolontariuszom oraz mieszkańcom za wspólne przygotowanie tej pięknej imprezy integrującej lokalną społeczność.</w:t>
      </w:r>
    </w:p>
    <w:p w14:paraId="2560F9A8" w14:textId="7C684B22" w:rsidR="00077584" w:rsidRPr="00491074" w:rsidRDefault="00077584" w:rsidP="00491074">
      <w:pPr>
        <w:keepLines/>
        <w:widowControl w:val="0"/>
        <w:spacing w:after="0" w:line="240" w:lineRule="auto"/>
        <w:jc w:val="both"/>
        <w:rPr>
          <w:rFonts w:asciiTheme="majorHAnsi" w:hAnsiTheme="majorHAnsi" w:cstheme="majorHAnsi"/>
          <w:sz w:val="26"/>
          <w:szCs w:val="26"/>
          <w:lang w:val="pl-PL"/>
        </w:rPr>
      </w:pPr>
    </w:p>
    <w:p w14:paraId="43588AD1"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p>
    <w:p w14:paraId="14566000" w14:textId="77777777" w:rsidR="00077584" w:rsidRPr="00077584" w:rsidRDefault="00077584" w:rsidP="00491074">
      <w:pPr>
        <w:keepLines/>
        <w:widowControl w:val="0"/>
        <w:spacing w:after="0" w:line="240" w:lineRule="auto"/>
        <w:jc w:val="both"/>
        <w:rPr>
          <w:rFonts w:asciiTheme="majorHAnsi" w:hAnsiTheme="majorHAnsi" w:cstheme="majorHAnsi"/>
          <w:b/>
          <w:bCs/>
          <w:sz w:val="26"/>
          <w:szCs w:val="26"/>
          <w:lang w:val="pl-PL"/>
        </w:rPr>
      </w:pPr>
      <w:r w:rsidRPr="00077584">
        <w:rPr>
          <w:rFonts w:asciiTheme="majorHAnsi" w:hAnsiTheme="majorHAnsi" w:cstheme="majorHAnsi"/>
          <w:b/>
          <w:bCs/>
          <w:sz w:val="26"/>
          <w:szCs w:val="26"/>
          <w:lang w:val="pl-PL"/>
        </w:rPr>
        <w:t>23 czerwca 2026 r.</w:t>
      </w:r>
    </w:p>
    <w:p w14:paraId="50AD9BCB"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 xml:space="preserve">Odbyłem spotkanie z </w:t>
      </w:r>
      <w:r w:rsidRPr="00077584">
        <w:rPr>
          <w:rFonts w:asciiTheme="majorHAnsi" w:hAnsiTheme="majorHAnsi" w:cstheme="majorHAnsi"/>
          <w:b/>
          <w:bCs/>
          <w:sz w:val="26"/>
          <w:szCs w:val="26"/>
          <w:lang w:val="pl-PL"/>
        </w:rPr>
        <w:t>Prezesem Spółki PRONATURA</w:t>
      </w:r>
      <w:r w:rsidRPr="00077584">
        <w:rPr>
          <w:rFonts w:asciiTheme="majorHAnsi" w:hAnsiTheme="majorHAnsi" w:cstheme="majorHAnsi"/>
          <w:sz w:val="26"/>
          <w:szCs w:val="26"/>
          <w:lang w:val="pl-PL"/>
        </w:rPr>
        <w:t xml:space="preserve"> dotyczące możliwości kierowania odpadów komunalnych z terenu Gminy Nowa Wieś Wielka do </w:t>
      </w:r>
      <w:r w:rsidRPr="00077584">
        <w:rPr>
          <w:rFonts w:asciiTheme="majorHAnsi" w:hAnsiTheme="majorHAnsi" w:cstheme="majorHAnsi"/>
          <w:b/>
          <w:bCs/>
          <w:sz w:val="26"/>
          <w:szCs w:val="26"/>
          <w:lang w:val="pl-PL"/>
        </w:rPr>
        <w:t>Zakładu Termicznego Przekształcania Odpadów Komunalnych w Bydgoszczy</w:t>
      </w:r>
      <w:r w:rsidRPr="00077584">
        <w:rPr>
          <w:rFonts w:asciiTheme="majorHAnsi" w:hAnsiTheme="majorHAnsi" w:cstheme="majorHAnsi"/>
          <w:sz w:val="26"/>
          <w:szCs w:val="26"/>
          <w:lang w:val="pl-PL"/>
        </w:rPr>
        <w:t>.</w:t>
      </w:r>
    </w:p>
    <w:p w14:paraId="2F3E92A3"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Podczas rozmów omówiono możliwości dalszej współpracy, organizację systemu odbioru i zagospodarowania odpadów komunalnych, a także aspekty ekonomiczne funkcjonowania gospodarki odpadami.</w:t>
      </w:r>
    </w:p>
    <w:p w14:paraId="0E8C5388"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Rozwiązania te mogą w przyszłości przyczynić się do zwiększenia bezpieczeństwa funkcjonowania systemu gospodarki odpadami na terenie naszej gminy.</w:t>
      </w:r>
    </w:p>
    <w:p w14:paraId="386D337E" w14:textId="36D25363" w:rsidR="00077584" w:rsidRPr="00491074" w:rsidRDefault="00077584" w:rsidP="00491074">
      <w:pPr>
        <w:keepLines/>
        <w:widowControl w:val="0"/>
        <w:spacing w:after="0" w:line="240" w:lineRule="auto"/>
        <w:jc w:val="both"/>
        <w:rPr>
          <w:rFonts w:asciiTheme="majorHAnsi" w:hAnsiTheme="majorHAnsi" w:cstheme="majorHAnsi"/>
          <w:sz w:val="26"/>
          <w:szCs w:val="26"/>
          <w:lang w:val="pl-PL"/>
        </w:rPr>
      </w:pPr>
    </w:p>
    <w:p w14:paraId="4C3A5590"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p>
    <w:p w14:paraId="505D2D42" w14:textId="77777777" w:rsidR="00077584" w:rsidRPr="00077584" w:rsidRDefault="00077584" w:rsidP="00491074">
      <w:pPr>
        <w:keepLines/>
        <w:widowControl w:val="0"/>
        <w:spacing w:after="0" w:line="240" w:lineRule="auto"/>
        <w:jc w:val="both"/>
        <w:rPr>
          <w:rFonts w:asciiTheme="majorHAnsi" w:hAnsiTheme="majorHAnsi" w:cstheme="majorHAnsi"/>
          <w:b/>
          <w:bCs/>
          <w:sz w:val="26"/>
          <w:szCs w:val="26"/>
          <w:lang w:val="pl-PL"/>
        </w:rPr>
      </w:pPr>
      <w:r w:rsidRPr="00077584">
        <w:rPr>
          <w:rFonts w:asciiTheme="majorHAnsi" w:hAnsiTheme="majorHAnsi" w:cstheme="majorHAnsi"/>
          <w:b/>
          <w:bCs/>
          <w:sz w:val="26"/>
          <w:szCs w:val="26"/>
          <w:lang w:val="pl-PL"/>
        </w:rPr>
        <w:t>24 czerwca 2026 r.</w:t>
      </w:r>
    </w:p>
    <w:p w14:paraId="219E1791"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 xml:space="preserve">Jednym z najważniejszych wydarzeń omawianego okresu było spotkanie z </w:t>
      </w:r>
      <w:r w:rsidRPr="00077584">
        <w:rPr>
          <w:rFonts w:asciiTheme="majorHAnsi" w:hAnsiTheme="majorHAnsi" w:cstheme="majorHAnsi"/>
          <w:b/>
          <w:bCs/>
          <w:sz w:val="26"/>
          <w:szCs w:val="26"/>
          <w:lang w:val="pl-PL"/>
        </w:rPr>
        <w:t>Dyrektorem Generalnej Dyrekcji Dróg Krajowych i Autostrad</w:t>
      </w:r>
      <w:r w:rsidRPr="00077584">
        <w:rPr>
          <w:rFonts w:asciiTheme="majorHAnsi" w:hAnsiTheme="majorHAnsi" w:cstheme="majorHAnsi"/>
          <w:sz w:val="26"/>
          <w:szCs w:val="26"/>
          <w:lang w:val="pl-PL"/>
        </w:rPr>
        <w:t xml:space="preserve"> oraz podpisanie </w:t>
      </w:r>
      <w:r w:rsidRPr="00077584">
        <w:rPr>
          <w:rFonts w:asciiTheme="majorHAnsi" w:hAnsiTheme="majorHAnsi" w:cstheme="majorHAnsi"/>
          <w:b/>
          <w:bCs/>
          <w:sz w:val="26"/>
          <w:szCs w:val="26"/>
          <w:lang w:val="pl-PL"/>
        </w:rPr>
        <w:t>porozumienia dotyczącego współfinansowania budowy ścieżki rowerowej w Nowej Wsi Wielkiej</w:t>
      </w:r>
      <w:r w:rsidRPr="00077584">
        <w:rPr>
          <w:rFonts w:asciiTheme="majorHAnsi" w:hAnsiTheme="majorHAnsi" w:cstheme="majorHAnsi"/>
          <w:sz w:val="26"/>
          <w:szCs w:val="26"/>
          <w:lang w:val="pl-PL"/>
        </w:rPr>
        <w:t>.</w:t>
      </w:r>
    </w:p>
    <w:p w14:paraId="48FAE04E"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lastRenderedPageBreak/>
        <w:t xml:space="preserve">Na mocy podpisanego porozumienia </w:t>
      </w:r>
      <w:r w:rsidRPr="00077584">
        <w:rPr>
          <w:rFonts w:asciiTheme="majorHAnsi" w:hAnsiTheme="majorHAnsi" w:cstheme="majorHAnsi"/>
          <w:b/>
          <w:bCs/>
          <w:sz w:val="26"/>
          <w:szCs w:val="26"/>
          <w:lang w:val="pl-PL"/>
        </w:rPr>
        <w:t>Gmina Nowa Wieś Wielka będzie uczestniczyć w finansowaniu inwestycji w wysokości 30% jej wartości</w:t>
      </w:r>
      <w:r w:rsidRPr="00077584">
        <w:rPr>
          <w:rFonts w:asciiTheme="majorHAnsi" w:hAnsiTheme="majorHAnsi" w:cstheme="majorHAnsi"/>
          <w:sz w:val="26"/>
          <w:szCs w:val="26"/>
          <w:lang w:val="pl-PL"/>
        </w:rPr>
        <w:t>, natomiast pozostałe środki zapewni Generalna Dyrekcja Dróg Krajowych i Autostrad.</w:t>
      </w:r>
    </w:p>
    <w:p w14:paraId="5B7BE6E0"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 xml:space="preserve">Szacunkowa wartość inwestycji wynosi około </w:t>
      </w:r>
      <w:r w:rsidRPr="00077584">
        <w:rPr>
          <w:rFonts w:asciiTheme="majorHAnsi" w:hAnsiTheme="majorHAnsi" w:cstheme="majorHAnsi"/>
          <w:b/>
          <w:bCs/>
          <w:sz w:val="26"/>
          <w:szCs w:val="26"/>
          <w:lang w:val="pl-PL"/>
        </w:rPr>
        <w:t>1,7 mln zł</w:t>
      </w:r>
      <w:r w:rsidRPr="00077584">
        <w:rPr>
          <w:rFonts w:asciiTheme="majorHAnsi" w:hAnsiTheme="majorHAnsi" w:cstheme="majorHAnsi"/>
          <w:sz w:val="26"/>
          <w:szCs w:val="26"/>
          <w:lang w:val="pl-PL"/>
        </w:rPr>
        <w:t xml:space="preserve">, z czego udział Gminy będzie stanowił około </w:t>
      </w:r>
      <w:r w:rsidRPr="00077584">
        <w:rPr>
          <w:rFonts w:asciiTheme="majorHAnsi" w:hAnsiTheme="majorHAnsi" w:cstheme="majorHAnsi"/>
          <w:b/>
          <w:bCs/>
          <w:sz w:val="26"/>
          <w:szCs w:val="26"/>
          <w:lang w:val="pl-PL"/>
        </w:rPr>
        <w:t>500 tys. zł</w:t>
      </w:r>
      <w:r w:rsidRPr="00077584">
        <w:rPr>
          <w:rFonts w:asciiTheme="majorHAnsi" w:hAnsiTheme="majorHAnsi" w:cstheme="majorHAnsi"/>
          <w:sz w:val="26"/>
          <w:szCs w:val="26"/>
          <w:lang w:val="pl-PL"/>
        </w:rPr>
        <w:t>.</w:t>
      </w:r>
    </w:p>
    <w:p w14:paraId="3B5517B6"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 xml:space="preserve">Realizacja pierwszego etapu planowana jest jeszcze </w:t>
      </w:r>
      <w:r w:rsidRPr="00077584">
        <w:rPr>
          <w:rFonts w:asciiTheme="majorHAnsi" w:hAnsiTheme="majorHAnsi" w:cstheme="majorHAnsi"/>
          <w:b/>
          <w:bCs/>
          <w:sz w:val="26"/>
          <w:szCs w:val="26"/>
          <w:lang w:val="pl-PL"/>
        </w:rPr>
        <w:t>w 2026 roku</w:t>
      </w:r>
      <w:r w:rsidRPr="00077584">
        <w:rPr>
          <w:rFonts w:asciiTheme="majorHAnsi" w:hAnsiTheme="majorHAnsi" w:cstheme="majorHAnsi"/>
          <w:sz w:val="26"/>
          <w:szCs w:val="26"/>
          <w:lang w:val="pl-PL"/>
        </w:rPr>
        <w:t xml:space="preserve"> i obejmie budowę ścieżki rowerowej od przejazdu kolejowego w Nowej Wsi Wielkiej do skrzyżowania ulicy Bydgoskiej z Aleją Pokoju.</w:t>
      </w:r>
    </w:p>
    <w:p w14:paraId="4A7B7004"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 xml:space="preserve">Przedstawiono również założenia drugiego etapu inwestycji, planowanego do realizacji </w:t>
      </w:r>
      <w:r w:rsidRPr="00077584">
        <w:rPr>
          <w:rFonts w:asciiTheme="majorHAnsi" w:hAnsiTheme="majorHAnsi" w:cstheme="majorHAnsi"/>
          <w:b/>
          <w:bCs/>
          <w:sz w:val="26"/>
          <w:szCs w:val="26"/>
          <w:lang w:val="pl-PL"/>
        </w:rPr>
        <w:t>w 2028 roku</w:t>
      </w:r>
      <w:r w:rsidRPr="00077584">
        <w:rPr>
          <w:rFonts w:asciiTheme="majorHAnsi" w:hAnsiTheme="majorHAnsi" w:cstheme="majorHAnsi"/>
          <w:sz w:val="26"/>
          <w:szCs w:val="26"/>
          <w:lang w:val="pl-PL"/>
        </w:rPr>
        <w:t xml:space="preserve">, który obejmie budowę kolejnego odcinka ścieżki rowerowej wraz z modernizacją istniejącej drogi rowerowej prowadzącej w kierunku </w:t>
      </w:r>
      <w:r w:rsidRPr="00077584">
        <w:rPr>
          <w:rFonts w:asciiTheme="majorHAnsi" w:hAnsiTheme="majorHAnsi" w:cstheme="majorHAnsi"/>
          <w:b/>
          <w:bCs/>
          <w:sz w:val="26"/>
          <w:szCs w:val="26"/>
          <w:lang w:val="pl-PL"/>
        </w:rPr>
        <w:t>Tarkowa Dolnego</w:t>
      </w:r>
      <w:r w:rsidRPr="00077584">
        <w:rPr>
          <w:rFonts w:asciiTheme="majorHAnsi" w:hAnsiTheme="majorHAnsi" w:cstheme="majorHAnsi"/>
          <w:sz w:val="26"/>
          <w:szCs w:val="26"/>
          <w:lang w:val="pl-PL"/>
        </w:rPr>
        <w:t>.</w:t>
      </w:r>
    </w:p>
    <w:p w14:paraId="7C852D8E" w14:textId="77777777" w:rsidR="00077584" w:rsidRPr="00077584" w:rsidRDefault="00077584" w:rsidP="00491074">
      <w:pPr>
        <w:keepLines/>
        <w:widowControl w:val="0"/>
        <w:spacing w:after="0" w:line="240" w:lineRule="auto"/>
        <w:jc w:val="both"/>
        <w:rPr>
          <w:rFonts w:asciiTheme="majorHAnsi" w:hAnsiTheme="majorHAnsi" w:cstheme="majorHAnsi"/>
          <w:sz w:val="26"/>
          <w:szCs w:val="26"/>
          <w:lang w:val="pl-PL"/>
        </w:rPr>
      </w:pPr>
      <w:r w:rsidRPr="00077584">
        <w:rPr>
          <w:rFonts w:asciiTheme="majorHAnsi" w:hAnsiTheme="majorHAnsi" w:cstheme="majorHAnsi"/>
          <w:sz w:val="26"/>
          <w:szCs w:val="26"/>
          <w:lang w:val="pl-PL"/>
        </w:rPr>
        <w:t>Po zakończeniu obu etapów powstanie bezpieczny i nowoczesny ciąg rowerowy łączący Nową Wieś Wielką z istniejącą infrastrukturą rowerową, znacząco poprawiając bezpieczeństwo pieszych i rowerzystów oraz zwiększając atrakcyjność komunikacyjną naszej gminy.</w:t>
      </w:r>
    </w:p>
    <w:p w14:paraId="487DDE3F" w14:textId="77777777" w:rsidR="0035261D" w:rsidRPr="00491074" w:rsidRDefault="00077584" w:rsidP="00491074">
      <w:pPr>
        <w:widowControl w:val="0"/>
        <w:spacing w:line="240" w:lineRule="auto"/>
        <w:jc w:val="both"/>
        <w:rPr>
          <w:rFonts w:asciiTheme="majorHAnsi" w:hAnsiTheme="majorHAnsi" w:cstheme="majorHAnsi"/>
          <w:b/>
          <w:bCs/>
          <w:sz w:val="26"/>
          <w:szCs w:val="26"/>
          <w:lang w:val="pl-PL"/>
        </w:rPr>
      </w:pPr>
      <w:r w:rsidRPr="00077584">
        <w:rPr>
          <w:rFonts w:asciiTheme="majorHAnsi" w:hAnsiTheme="majorHAnsi" w:cstheme="majorHAnsi"/>
          <w:sz w:val="26"/>
          <w:szCs w:val="26"/>
          <w:lang w:val="pl-PL"/>
        </w:rPr>
        <w:t>Podpisane porozumienie jest efektem wielomiesięcznych rozmów prowadzonych z Generalną Dyrekcją Dróg Krajowych i Autostrad i stanowi kolejny przykład skutecznego pozyskiwania środków zewnętrznych na rozwój infrastruktury Gminy Nowa Wieś Wielka.</w:t>
      </w:r>
      <w:r w:rsidR="0035261D" w:rsidRPr="00491074">
        <w:rPr>
          <w:rFonts w:asciiTheme="majorHAnsi" w:hAnsiTheme="majorHAnsi" w:cstheme="majorHAnsi"/>
          <w:sz w:val="26"/>
          <w:szCs w:val="26"/>
          <w:lang w:val="pl-PL"/>
        </w:rPr>
        <w:br/>
      </w:r>
      <w:r w:rsidR="0035261D" w:rsidRPr="00491074">
        <w:rPr>
          <w:rFonts w:asciiTheme="majorHAnsi" w:hAnsiTheme="majorHAnsi" w:cstheme="majorHAnsi"/>
          <w:sz w:val="26"/>
          <w:szCs w:val="26"/>
          <w:lang w:val="pl-PL"/>
        </w:rPr>
        <w:br/>
      </w:r>
      <w:r w:rsidR="0035261D" w:rsidRPr="00491074">
        <w:rPr>
          <w:rFonts w:asciiTheme="majorHAnsi" w:hAnsiTheme="majorHAnsi" w:cstheme="majorHAnsi"/>
          <w:sz w:val="26"/>
          <w:szCs w:val="26"/>
          <w:lang w:val="pl-PL"/>
        </w:rPr>
        <w:br/>
      </w:r>
      <w:r w:rsidR="0035261D" w:rsidRPr="00491074">
        <w:rPr>
          <w:rFonts w:asciiTheme="majorHAnsi" w:hAnsiTheme="majorHAnsi" w:cstheme="majorHAnsi"/>
          <w:b/>
          <w:bCs/>
          <w:sz w:val="26"/>
          <w:szCs w:val="26"/>
          <w:lang w:val="pl-PL"/>
        </w:rPr>
        <w:t>25 czerwca 2026 r.</w:t>
      </w:r>
    </w:p>
    <w:p w14:paraId="1FC3E8A3" w14:textId="77777777" w:rsidR="0035261D" w:rsidRPr="0035261D" w:rsidRDefault="0035261D" w:rsidP="00491074">
      <w:pPr>
        <w:keepLines/>
        <w:widowControl w:val="0"/>
        <w:spacing w:after="0" w:line="240" w:lineRule="auto"/>
        <w:jc w:val="both"/>
        <w:rPr>
          <w:rFonts w:asciiTheme="majorHAnsi" w:hAnsiTheme="majorHAnsi" w:cstheme="majorHAnsi"/>
          <w:sz w:val="26"/>
          <w:szCs w:val="26"/>
          <w:lang w:val="pl-PL"/>
        </w:rPr>
      </w:pPr>
      <w:r w:rsidRPr="0035261D">
        <w:rPr>
          <w:rFonts w:asciiTheme="majorHAnsi" w:hAnsiTheme="majorHAnsi" w:cstheme="majorHAnsi"/>
          <w:sz w:val="26"/>
          <w:szCs w:val="26"/>
          <w:lang w:val="pl-PL"/>
        </w:rPr>
        <w:t xml:space="preserve">Uczestniczyłem w </w:t>
      </w:r>
      <w:r w:rsidRPr="0035261D">
        <w:rPr>
          <w:rFonts w:asciiTheme="majorHAnsi" w:hAnsiTheme="majorHAnsi" w:cstheme="majorHAnsi"/>
          <w:b/>
          <w:bCs/>
          <w:sz w:val="26"/>
          <w:szCs w:val="26"/>
          <w:lang w:val="pl-PL"/>
        </w:rPr>
        <w:t>XXIV Olimpiadzie Sportowej Środowiskowych Domów Samopomocy Województwa Kujawsko-Pomorskiego</w:t>
      </w:r>
      <w:r w:rsidRPr="0035261D">
        <w:rPr>
          <w:rFonts w:asciiTheme="majorHAnsi" w:hAnsiTheme="majorHAnsi" w:cstheme="majorHAnsi"/>
          <w:sz w:val="26"/>
          <w:szCs w:val="26"/>
          <w:lang w:val="pl-PL"/>
        </w:rPr>
        <w:t>, która odbyła się w Nowej Wsi Wielkiej.</w:t>
      </w:r>
    </w:p>
    <w:p w14:paraId="39C06F36" w14:textId="77777777" w:rsidR="0035261D" w:rsidRPr="0035261D" w:rsidRDefault="0035261D" w:rsidP="00491074">
      <w:pPr>
        <w:keepLines/>
        <w:widowControl w:val="0"/>
        <w:spacing w:after="0" w:line="240" w:lineRule="auto"/>
        <w:jc w:val="both"/>
        <w:rPr>
          <w:rFonts w:asciiTheme="majorHAnsi" w:hAnsiTheme="majorHAnsi" w:cstheme="majorHAnsi"/>
          <w:sz w:val="26"/>
          <w:szCs w:val="26"/>
          <w:lang w:val="pl-PL"/>
        </w:rPr>
      </w:pPr>
      <w:r w:rsidRPr="0035261D">
        <w:rPr>
          <w:rFonts w:asciiTheme="majorHAnsi" w:hAnsiTheme="majorHAnsi" w:cstheme="majorHAnsi"/>
          <w:sz w:val="26"/>
          <w:szCs w:val="26"/>
          <w:lang w:val="pl-PL"/>
        </w:rPr>
        <w:t>Pomimo bardzo wysokiej temperatury wydarzenie przebiegało w wyjątkowo radosnej i serdecznej atmosferze. Po raz kolejny mogliśmy przekonać się, że sport to nie tylko rywalizacja, ale przede wszystkim integracja, wzajemny szacunek, przyjaźń oraz budowanie relacji.</w:t>
      </w:r>
    </w:p>
    <w:p w14:paraId="267734B9" w14:textId="77777777" w:rsidR="0035261D" w:rsidRPr="0035261D" w:rsidRDefault="0035261D" w:rsidP="00491074">
      <w:pPr>
        <w:keepLines/>
        <w:widowControl w:val="0"/>
        <w:spacing w:after="0" w:line="240" w:lineRule="auto"/>
        <w:jc w:val="both"/>
        <w:rPr>
          <w:rFonts w:asciiTheme="majorHAnsi" w:hAnsiTheme="majorHAnsi" w:cstheme="majorHAnsi"/>
          <w:sz w:val="26"/>
          <w:szCs w:val="26"/>
          <w:lang w:val="pl-PL"/>
        </w:rPr>
      </w:pPr>
      <w:r w:rsidRPr="0035261D">
        <w:rPr>
          <w:rFonts w:asciiTheme="majorHAnsi" w:hAnsiTheme="majorHAnsi" w:cstheme="majorHAnsi"/>
          <w:sz w:val="26"/>
          <w:szCs w:val="26"/>
          <w:lang w:val="pl-PL"/>
        </w:rPr>
        <w:t xml:space="preserve">Na szczególne słowa uznania zasługuje </w:t>
      </w:r>
      <w:r w:rsidRPr="0035261D">
        <w:rPr>
          <w:rFonts w:asciiTheme="majorHAnsi" w:hAnsiTheme="majorHAnsi" w:cstheme="majorHAnsi"/>
          <w:b/>
          <w:bCs/>
          <w:sz w:val="26"/>
          <w:szCs w:val="26"/>
          <w:lang w:val="pl-PL"/>
        </w:rPr>
        <w:t>Pani Agata Rafińska</w:t>
      </w:r>
      <w:r w:rsidRPr="0035261D">
        <w:rPr>
          <w:rFonts w:asciiTheme="majorHAnsi" w:hAnsiTheme="majorHAnsi" w:cstheme="majorHAnsi"/>
          <w:sz w:val="26"/>
          <w:szCs w:val="26"/>
          <w:lang w:val="pl-PL"/>
        </w:rPr>
        <w:t>, Dyrektor Środowiskowego Domu Samopomocy w Nowej Wsi Wielkiej, której ogromne zaangażowanie, profesjonalizm oraz wielomiesięczna praca pozwoliły przygotować wydarzenie na bardzo wysokim poziomie organizacyjnym.</w:t>
      </w:r>
    </w:p>
    <w:p w14:paraId="462E6956" w14:textId="77777777" w:rsidR="0035261D" w:rsidRPr="0035261D" w:rsidRDefault="0035261D" w:rsidP="00491074">
      <w:pPr>
        <w:keepLines/>
        <w:widowControl w:val="0"/>
        <w:spacing w:after="0" w:line="240" w:lineRule="auto"/>
        <w:jc w:val="both"/>
        <w:rPr>
          <w:rFonts w:asciiTheme="majorHAnsi" w:hAnsiTheme="majorHAnsi" w:cstheme="majorHAnsi"/>
          <w:sz w:val="26"/>
          <w:szCs w:val="26"/>
          <w:lang w:val="pl-PL"/>
        </w:rPr>
      </w:pPr>
      <w:r w:rsidRPr="0035261D">
        <w:rPr>
          <w:rFonts w:asciiTheme="majorHAnsi" w:hAnsiTheme="majorHAnsi" w:cstheme="majorHAnsi"/>
          <w:sz w:val="26"/>
          <w:szCs w:val="26"/>
          <w:lang w:val="pl-PL"/>
        </w:rPr>
        <w:t>Serdeczne podziękowania kieruję również do wszystkich pracowników Środowiskowego Domu Samopomocy, Stowarzyszenia RIDETI, wolontariuszy, sponsorów, partnerów oraz wszystkich osób zaangażowanych w organizację Olimpiady.</w:t>
      </w:r>
    </w:p>
    <w:p w14:paraId="7D8BD0B2" w14:textId="1383310C" w:rsidR="0035261D" w:rsidRDefault="0035261D" w:rsidP="00491074">
      <w:pPr>
        <w:keepLines/>
        <w:widowControl w:val="0"/>
        <w:spacing w:after="0" w:line="240" w:lineRule="auto"/>
        <w:jc w:val="both"/>
        <w:rPr>
          <w:rFonts w:asciiTheme="majorHAnsi" w:hAnsiTheme="majorHAnsi" w:cstheme="majorHAnsi"/>
          <w:sz w:val="26"/>
          <w:szCs w:val="26"/>
          <w:lang w:val="pl-PL"/>
        </w:rPr>
      </w:pPr>
    </w:p>
    <w:p w14:paraId="4BA8AA73" w14:textId="77777777" w:rsidR="00491074" w:rsidRDefault="00491074" w:rsidP="00491074">
      <w:pPr>
        <w:keepLines/>
        <w:widowControl w:val="0"/>
        <w:spacing w:after="0" w:line="240" w:lineRule="auto"/>
        <w:jc w:val="both"/>
        <w:rPr>
          <w:rFonts w:asciiTheme="majorHAnsi" w:hAnsiTheme="majorHAnsi" w:cstheme="majorHAnsi"/>
          <w:sz w:val="26"/>
          <w:szCs w:val="26"/>
          <w:lang w:val="pl-PL"/>
        </w:rPr>
      </w:pPr>
    </w:p>
    <w:p w14:paraId="2DCF4934" w14:textId="77777777" w:rsidR="00491074" w:rsidRDefault="00491074" w:rsidP="00491074">
      <w:pPr>
        <w:keepLines/>
        <w:widowControl w:val="0"/>
        <w:spacing w:after="0" w:line="240" w:lineRule="auto"/>
        <w:jc w:val="both"/>
        <w:rPr>
          <w:rFonts w:asciiTheme="majorHAnsi" w:hAnsiTheme="majorHAnsi" w:cstheme="majorHAnsi"/>
          <w:sz w:val="26"/>
          <w:szCs w:val="26"/>
          <w:lang w:val="pl-PL"/>
        </w:rPr>
      </w:pPr>
    </w:p>
    <w:p w14:paraId="771939F6" w14:textId="77777777" w:rsidR="00491074" w:rsidRDefault="00491074" w:rsidP="00491074">
      <w:pPr>
        <w:keepLines/>
        <w:widowControl w:val="0"/>
        <w:spacing w:after="0" w:line="240" w:lineRule="auto"/>
        <w:jc w:val="both"/>
        <w:rPr>
          <w:rFonts w:asciiTheme="majorHAnsi" w:hAnsiTheme="majorHAnsi" w:cstheme="majorHAnsi"/>
          <w:sz w:val="26"/>
          <w:szCs w:val="26"/>
          <w:lang w:val="pl-PL"/>
        </w:rPr>
      </w:pPr>
    </w:p>
    <w:p w14:paraId="08560661" w14:textId="77777777" w:rsidR="00491074" w:rsidRDefault="00491074" w:rsidP="00491074">
      <w:pPr>
        <w:keepLines/>
        <w:widowControl w:val="0"/>
        <w:spacing w:after="0" w:line="240" w:lineRule="auto"/>
        <w:jc w:val="both"/>
        <w:rPr>
          <w:rFonts w:asciiTheme="majorHAnsi" w:hAnsiTheme="majorHAnsi" w:cstheme="majorHAnsi"/>
          <w:sz w:val="26"/>
          <w:szCs w:val="26"/>
          <w:lang w:val="pl-PL"/>
        </w:rPr>
      </w:pPr>
    </w:p>
    <w:p w14:paraId="05F96B26" w14:textId="77777777" w:rsidR="00491074" w:rsidRDefault="00491074" w:rsidP="00491074">
      <w:pPr>
        <w:keepLines/>
        <w:widowControl w:val="0"/>
        <w:spacing w:after="0" w:line="240" w:lineRule="auto"/>
        <w:jc w:val="both"/>
        <w:rPr>
          <w:rFonts w:asciiTheme="majorHAnsi" w:hAnsiTheme="majorHAnsi" w:cstheme="majorHAnsi"/>
          <w:sz w:val="26"/>
          <w:szCs w:val="26"/>
          <w:lang w:val="pl-PL"/>
        </w:rPr>
      </w:pPr>
    </w:p>
    <w:p w14:paraId="5647A7F0" w14:textId="77777777" w:rsidR="00491074" w:rsidRPr="0035261D" w:rsidRDefault="00491074" w:rsidP="00491074">
      <w:pPr>
        <w:keepLines/>
        <w:widowControl w:val="0"/>
        <w:spacing w:after="0" w:line="240" w:lineRule="auto"/>
        <w:jc w:val="both"/>
        <w:rPr>
          <w:rFonts w:asciiTheme="majorHAnsi" w:hAnsiTheme="majorHAnsi" w:cstheme="majorHAnsi"/>
          <w:sz w:val="26"/>
          <w:szCs w:val="26"/>
          <w:lang w:val="pl-PL"/>
        </w:rPr>
      </w:pPr>
    </w:p>
    <w:p w14:paraId="77D22F4D" w14:textId="77777777" w:rsidR="0035261D" w:rsidRPr="0035261D" w:rsidRDefault="0035261D" w:rsidP="00491074">
      <w:pPr>
        <w:keepLines/>
        <w:widowControl w:val="0"/>
        <w:spacing w:after="0" w:line="240" w:lineRule="auto"/>
        <w:jc w:val="both"/>
        <w:rPr>
          <w:rFonts w:asciiTheme="majorHAnsi" w:hAnsiTheme="majorHAnsi" w:cstheme="majorHAnsi"/>
          <w:b/>
          <w:bCs/>
          <w:sz w:val="26"/>
          <w:szCs w:val="26"/>
          <w:lang w:val="pl-PL"/>
        </w:rPr>
      </w:pPr>
      <w:r w:rsidRPr="0035261D">
        <w:rPr>
          <w:rFonts w:asciiTheme="majorHAnsi" w:hAnsiTheme="majorHAnsi" w:cstheme="majorHAnsi"/>
          <w:b/>
          <w:bCs/>
          <w:sz w:val="26"/>
          <w:szCs w:val="26"/>
          <w:lang w:val="pl-PL"/>
        </w:rPr>
        <w:t>26 czerwca 2026 r.</w:t>
      </w:r>
    </w:p>
    <w:p w14:paraId="556D99E1" w14:textId="000830B6" w:rsidR="0035261D" w:rsidRPr="0035261D" w:rsidRDefault="00491074" w:rsidP="00491074">
      <w:pPr>
        <w:keepLines/>
        <w:widowControl w:val="0"/>
        <w:spacing w:after="0" w:line="240" w:lineRule="auto"/>
        <w:jc w:val="both"/>
        <w:rPr>
          <w:rFonts w:asciiTheme="majorHAnsi" w:hAnsiTheme="majorHAnsi" w:cstheme="majorHAnsi"/>
          <w:sz w:val="26"/>
          <w:szCs w:val="26"/>
          <w:lang w:val="pl-PL"/>
        </w:rPr>
      </w:pPr>
      <w:r>
        <w:rPr>
          <w:rFonts w:asciiTheme="majorHAnsi" w:hAnsiTheme="majorHAnsi" w:cstheme="majorHAnsi"/>
          <w:sz w:val="26"/>
          <w:szCs w:val="26"/>
          <w:lang w:val="pl-PL"/>
        </w:rPr>
        <w:t xml:space="preserve">Zakończenie roku szkołach  Podstawowych   w Brzozie i Nowej wsi Wielkiej. </w:t>
      </w:r>
      <w:r w:rsidR="0035261D" w:rsidRPr="0035261D">
        <w:rPr>
          <w:rFonts w:asciiTheme="majorHAnsi" w:hAnsiTheme="majorHAnsi" w:cstheme="majorHAnsi"/>
          <w:sz w:val="26"/>
          <w:szCs w:val="26"/>
          <w:lang w:val="pl-PL"/>
        </w:rPr>
        <w:t>Kontynuowano przygotowania do wydarzeń sportowych, rekreacyjnych i kulturalnych zaplanowanych na ostatni weekend czerwca.</w:t>
      </w:r>
    </w:p>
    <w:p w14:paraId="68B51EC8" w14:textId="77777777" w:rsidR="0035261D" w:rsidRPr="0035261D" w:rsidRDefault="0035261D" w:rsidP="00491074">
      <w:pPr>
        <w:keepLines/>
        <w:widowControl w:val="0"/>
        <w:spacing w:after="0" w:line="240" w:lineRule="auto"/>
        <w:jc w:val="both"/>
        <w:rPr>
          <w:rFonts w:asciiTheme="majorHAnsi" w:hAnsiTheme="majorHAnsi" w:cstheme="majorHAnsi"/>
          <w:sz w:val="26"/>
          <w:szCs w:val="26"/>
          <w:lang w:val="pl-PL"/>
        </w:rPr>
      </w:pPr>
      <w:r w:rsidRPr="0035261D">
        <w:rPr>
          <w:rFonts w:asciiTheme="majorHAnsi" w:hAnsiTheme="majorHAnsi" w:cstheme="majorHAnsi"/>
          <w:sz w:val="26"/>
          <w:szCs w:val="26"/>
          <w:lang w:val="pl-PL"/>
        </w:rPr>
        <w:t>Był to również czas licznych spotkań organizacyjnych związanych z zabezpieczeniem imprez, koordynacją działań służb oraz współpracą z organizacjami pozarządowymi, klubami sportowymi i jednostkami organizacyjnymi Gminy.</w:t>
      </w:r>
    </w:p>
    <w:p w14:paraId="076ADAE4" w14:textId="2AFD5468" w:rsidR="0035261D" w:rsidRPr="00491074" w:rsidRDefault="0035261D" w:rsidP="00491074">
      <w:pPr>
        <w:keepLines/>
        <w:widowControl w:val="0"/>
        <w:spacing w:after="0" w:line="240" w:lineRule="auto"/>
        <w:jc w:val="both"/>
        <w:rPr>
          <w:rFonts w:asciiTheme="majorHAnsi" w:hAnsiTheme="majorHAnsi" w:cstheme="majorHAnsi"/>
          <w:sz w:val="26"/>
          <w:szCs w:val="26"/>
          <w:lang w:val="pl-PL"/>
        </w:rPr>
      </w:pPr>
    </w:p>
    <w:p w14:paraId="1BE1A5DB" w14:textId="77777777" w:rsidR="0035261D" w:rsidRPr="0035261D" w:rsidRDefault="0035261D" w:rsidP="00491074">
      <w:pPr>
        <w:keepLines/>
        <w:widowControl w:val="0"/>
        <w:spacing w:after="0" w:line="240" w:lineRule="auto"/>
        <w:jc w:val="both"/>
        <w:rPr>
          <w:rFonts w:asciiTheme="majorHAnsi" w:hAnsiTheme="majorHAnsi" w:cstheme="majorHAnsi"/>
          <w:sz w:val="26"/>
          <w:szCs w:val="26"/>
          <w:lang w:val="pl-PL"/>
        </w:rPr>
      </w:pPr>
    </w:p>
    <w:p w14:paraId="295C1673" w14:textId="77777777" w:rsidR="0035261D" w:rsidRPr="0035261D" w:rsidRDefault="0035261D" w:rsidP="00491074">
      <w:pPr>
        <w:keepLines/>
        <w:widowControl w:val="0"/>
        <w:spacing w:after="0" w:line="240" w:lineRule="auto"/>
        <w:jc w:val="both"/>
        <w:rPr>
          <w:rFonts w:asciiTheme="majorHAnsi" w:hAnsiTheme="majorHAnsi" w:cstheme="majorHAnsi"/>
          <w:b/>
          <w:bCs/>
          <w:sz w:val="26"/>
          <w:szCs w:val="26"/>
          <w:lang w:val="pl-PL"/>
        </w:rPr>
      </w:pPr>
      <w:r w:rsidRPr="0035261D">
        <w:rPr>
          <w:rFonts w:asciiTheme="majorHAnsi" w:hAnsiTheme="majorHAnsi" w:cstheme="majorHAnsi"/>
          <w:b/>
          <w:bCs/>
          <w:sz w:val="26"/>
          <w:szCs w:val="26"/>
          <w:lang w:val="pl-PL"/>
        </w:rPr>
        <w:t>27 czerwca 2026 r.</w:t>
      </w:r>
    </w:p>
    <w:p w14:paraId="4CD60767" w14:textId="77777777" w:rsidR="0035261D" w:rsidRPr="0035261D" w:rsidRDefault="0035261D" w:rsidP="00491074">
      <w:pPr>
        <w:keepLines/>
        <w:widowControl w:val="0"/>
        <w:spacing w:after="0" w:line="240" w:lineRule="auto"/>
        <w:jc w:val="both"/>
        <w:rPr>
          <w:rFonts w:asciiTheme="majorHAnsi" w:hAnsiTheme="majorHAnsi" w:cstheme="majorHAnsi"/>
          <w:sz w:val="26"/>
          <w:szCs w:val="26"/>
          <w:lang w:val="pl-PL"/>
        </w:rPr>
      </w:pPr>
      <w:r w:rsidRPr="0035261D">
        <w:rPr>
          <w:rFonts w:asciiTheme="majorHAnsi" w:hAnsiTheme="majorHAnsi" w:cstheme="majorHAnsi"/>
          <w:sz w:val="26"/>
          <w:szCs w:val="26"/>
          <w:lang w:val="pl-PL"/>
        </w:rPr>
        <w:t>Był to wyjątkowo intensywny dzień dla naszej Gminy. Pomimo bardzo wysokiej temperatury na terenie Gminy Nowa Wieś Wielka odbyło się wiele wydarzeń sportowych, rekreacyjnych i kulturalnych, które zgromadziły licznych mieszkańców oraz gości.</w:t>
      </w:r>
    </w:p>
    <w:p w14:paraId="49E6DB26" w14:textId="77777777" w:rsidR="0035261D" w:rsidRPr="0035261D" w:rsidRDefault="0035261D" w:rsidP="00491074">
      <w:pPr>
        <w:keepLines/>
        <w:widowControl w:val="0"/>
        <w:spacing w:after="0" w:line="240" w:lineRule="auto"/>
        <w:jc w:val="both"/>
        <w:rPr>
          <w:rFonts w:asciiTheme="majorHAnsi" w:hAnsiTheme="majorHAnsi" w:cstheme="majorHAnsi"/>
          <w:sz w:val="26"/>
          <w:szCs w:val="26"/>
          <w:lang w:val="pl-PL"/>
        </w:rPr>
      </w:pPr>
      <w:r w:rsidRPr="0035261D">
        <w:rPr>
          <w:rFonts w:asciiTheme="majorHAnsi" w:hAnsiTheme="majorHAnsi" w:cstheme="majorHAnsi"/>
          <w:sz w:val="26"/>
          <w:szCs w:val="26"/>
          <w:lang w:val="pl-PL"/>
        </w:rPr>
        <w:t>Miałem przyjemność uczestniczyć oraz aktywnie wspierać organizację następujących wydarzeń:</w:t>
      </w:r>
    </w:p>
    <w:p w14:paraId="38722DC0" w14:textId="77777777" w:rsidR="0035261D" w:rsidRPr="0035261D" w:rsidRDefault="0035261D" w:rsidP="00491074">
      <w:pPr>
        <w:keepLines/>
        <w:widowControl w:val="0"/>
        <w:numPr>
          <w:ilvl w:val="0"/>
          <w:numId w:val="12"/>
        </w:numPr>
        <w:spacing w:after="0" w:line="240" w:lineRule="auto"/>
        <w:jc w:val="both"/>
        <w:rPr>
          <w:rFonts w:asciiTheme="majorHAnsi" w:hAnsiTheme="majorHAnsi" w:cstheme="majorHAnsi"/>
          <w:sz w:val="26"/>
          <w:szCs w:val="26"/>
          <w:lang w:val="pl-PL"/>
        </w:rPr>
      </w:pPr>
      <w:r w:rsidRPr="0035261D">
        <w:rPr>
          <w:rFonts w:asciiTheme="majorHAnsi" w:hAnsiTheme="majorHAnsi" w:cstheme="majorHAnsi"/>
          <w:b/>
          <w:bCs/>
          <w:sz w:val="26"/>
          <w:szCs w:val="26"/>
          <w:lang w:val="pl-PL"/>
        </w:rPr>
        <w:t xml:space="preserve">Chrośna </w:t>
      </w:r>
      <w:proofErr w:type="spellStart"/>
      <w:r w:rsidRPr="0035261D">
        <w:rPr>
          <w:rFonts w:asciiTheme="majorHAnsi" w:hAnsiTheme="majorHAnsi" w:cstheme="majorHAnsi"/>
          <w:b/>
          <w:bCs/>
          <w:sz w:val="26"/>
          <w:szCs w:val="26"/>
          <w:lang w:val="pl-PL"/>
        </w:rPr>
        <w:t>Cycling</w:t>
      </w:r>
      <w:proofErr w:type="spellEnd"/>
      <w:r w:rsidRPr="0035261D">
        <w:rPr>
          <w:rFonts w:asciiTheme="majorHAnsi" w:hAnsiTheme="majorHAnsi" w:cstheme="majorHAnsi"/>
          <w:b/>
          <w:bCs/>
          <w:sz w:val="26"/>
          <w:szCs w:val="26"/>
          <w:lang w:val="pl-PL"/>
        </w:rPr>
        <w:t xml:space="preserve"> Challenge</w:t>
      </w:r>
      <w:r w:rsidRPr="0035261D">
        <w:rPr>
          <w:rFonts w:asciiTheme="majorHAnsi" w:hAnsiTheme="majorHAnsi" w:cstheme="majorHAnsi"/>
          <w:sz w:val="26"/>
          <w:szCs w:val="26"/>
          <w:lang w:val="pl-PL"/>
        </w:rPr>
        <w:t xml:space="preserve"> – imprezy promującej kolarstwo i aktywny styl życia;</w:t>
      </w:r>
    </w:p>
    <w:p w14:paraId="0F51FCA3" w14:textId="77777777" w:rsidR="0035261D" w:rsidRPr="0035261D" w:rsidRDefault="0035261D" w:rsidP="00491074">
      <w:pPr>
        <w:keepLines/>
        <w:widowControl w:val="0"/>
        <w:numPr>
          <w:ilvl w:val="0"/>
          <w:numId w:val="12"/>
        </w:numPr>
        <w:spacing w:after="0" w:line="240" w:lineRule="auto"/>
        <w:jc w:val="both"/>
        <w:rPr>
          <w:rFonts w:asciiTheme="majorHAnsi" w:hAnsiTheme="majorHAnsi" w:cstheme="majorHAnsi"/>
          <w:sz w:val="26"/>
          <w:szCs w:val="26"/>
          <w:lang w:val="pl-PL"/>
        </w:rPr>
      </w:pPr>
      <w:r w:rsidRPr="0035261D">
        <w:rPr>
          <w:rFonts w:asciiTheme="majorHAnsi" w:hAnsiTheme="majorHAnsi" w:cstheme="majorHAnsi"/>
          <w:b/>
          <w:bCs/>
          <w:sz w:val="26"/>
          <w:szCs w:val="26"/>
          <w:lang w:val="pl-PL"/>
        </w:rPr>
        <w:t>V Jubileuszowego Turnieju Piłkarskiego im. Świętego Jana Pawła II</w:t>
      </w:r>
      <w:r w:rsidRPr="0035261D">
        <w:rPr>
          <w:rFonts w:asciiTheme="majorHAnsi" w:hAnsiTheme="majorHAnsi" w:cstheme="majorHAnsi"/>
          <w:sz w:val="26"/>
          <w:szCs w:val="26"/>
          <w:lang w:val="pl-PL"/>
        </w:rPr>
        <w:t>, rozgrywanego pod Patronatem Wójta Gminy Nowa Wieś Wielka;</w:t>
      </w:r>
    </w:p>
    <w:p w14:paraId="5755C38B" w14:textId="77777777" w:rsidR="0035261D" w:rsidRPr="0035261D" w:rsidRDefault="0035261D" w:rsidP="00491074">
      <w:pPr>
        <w:keepLines/>
        <w:widowControl w:val="0"/>
        <w:numPr>
          <w:ilvl w:val="0"/>
          <w:numId w:val="12"/>
        </w:numPr>
        <w:spacing w:after="0" w:line="240" w:lineRule="auto"/>
        <w:jc w:val="both"/>
        <w:rPr>
          <w:rFonts w:asciiTheme="majorHAnsi" w:hAnsiTheme="majorHAnsi" w:cstheme="majorHAnsi"/>
          <w:sz w:val="26"/>
          <w:szCs w:val="26"/>
          <w:lang w:val="pl-PL"/>
        </w:rPr>
      </w:pPr>
      <w:r w:rsidRPr="0035261D">
        <w:rPr>
          <w:rFonts w:asciiTheme="majorHAnsi" w:hAnsiTheme="majorHAnsi" w:cstheme="majorHAnsi"/>
          <w:b/>
          <w:bCs/>
          <w:sz w:val="26"/>
          <w:szCs w:val="26"/>
          <w:lang w:val="pl-PL"/>
        </w:rPr>
        <w:t>Festynu sportowo-rekreacyjnego Klubu Sportowego Brzoza</w:t>
      </w:r>
      <w:r w:rsidRPr="0035261D">
        <w:rPr>
          <w:rFonts w:asciiTheme="majorHAnsi" w:hAnsiTheme="majorHAnsi" w:cstheme="majorHAnsi"/>
          <w:sz w:val="26"/>
          <w:szCs w:val="26"/>
          <w:lang w:val="pl-PL"/>
        </w:rPr>
        <w:t xml:space="preserve">, który rozpoczął się Turniejem Piłkarskim </w:t>
      </w:r>
      <w:r w:rsidRPr="0035261D">
        <w:rPr>
          <w:rFonts w:asciiTheme="majorHAnsi" w:hAnsiTheme="majorHAnsi" w:cstheme="majorHAnsi"/>
          <w:b/>
          <w:bCs/>
          <w:sz w:val="26"/>
          <w:szCs w:val="26"/>
          <w:lang w:val="pl-PL"/>
        </w:rPr>
        <w:t>„Powitanie Lata – Bezpieczne Wakacje”</w:t>
      </w:r>
      <w:r w:rsidRPr="0035261D">
        <w:rPr>
          <w:rFonts w:asciiTheme="majorHAnsi" w:hAnsiTheme="majorHAnsi" w:cstheme="majorHAnsi"/>
          <w:sz w:val="26"/>
          <w:szCs w:val="26"/>
          <w:lang w:val="pl-PL"/>
        </w:rPr>
        <w:t>, promującym aktywny i bezpieczny wypoczynek dzieci i młodzieży;</w:t>
      </w:r>
    </w:p>
    <w:p w14:paraId="103B8C88" w14:textId="77777777" w:rsidR="0035261D" w:rsidRPr="0035261D" w:rsidRDefault="0035261D" w:rsidP="00491074">
      <w:pPr>
        <w:keepLines/>
        <w:widowControl w:val="0"/>
        <w:numPr>
          <w:ilvl w:val="0"/>
          <w:numId w:val="12"/>
        </w:numPr>
        <w:spacing w:after="0" w:line="240" w:lineRule="auto"/>
        <w:jc w:val="both"/>
        <w:rPr>
          <w:rFonts w:asciiTheme="majorHAnsi" w:hAnsiTheme="majorHAnsi" w:cstheme="majorHAnsi"/>
          <w:sz w:val="26"/>
          <w:szCs w:val="26"/>
          <w:lang w:val="pl-PL"/>
        </w:rPr>
      </w:pPr>
      <w:r w:rsidRPr="0035261D">
        <w:rPr>
          <w:rFonts w:asciiTheme="majorHAnsi" w:hAnsiTheme="majorHAnsi" w:cstheme="majorHAnsi"/>
          <w:b/>
          <w:bCs/>
          <w:sz w:val="26"/>
          <w:szCs w:val="26"/>
          <w:lang w:val="pl-PL"/>
        </w:rPr>
        <w:t>Turnieju Koszykówki 3x3 w Brzozie</w:t>
      </w:r>
      <w:r w:rsidRPr="0035261D">
        <w:rPr>
          <w:rFonts w:asciiTheme="majorHAnsi" w:hAnsiTheme="majorHAnsi" w:cstheme="majorHAnsi"/>
          <w:sz w:val="26"/>
          <w:szCs w:val="26"/>
          <w:lang w:val="pl-PL"/>
        </w:rPr>
        <w:t>, który dostarczył wielu sportowych emocji i zgromadził zawodników z całego regionu;</w:t>
      </w:r>
    </w:p>
    <w:p w14:paraId="578AF97F" w14:textId="77777777" w:rsidR="0035261D" w:rsidRPr="0035261D" w:rsidRDefault="0035261D" w:rsidP="00491074">
      <w:pPr>
        <w:keepLines/>
        <w:widowControl w:val="0"/>
        <w:numPr>
          <w:ilvl w:val="0"/>
          <w:numId w:val="12"/>
        </w:numPr>
        <w:spacing w:after="0" w:line="240" w:lineRule="auto"/>
        <w:jc w:val="both"/>
        <w:rPr>
          <w:rFonts w:asciiTheme="majorHAnsi" w:hAnsiTheme="majorHAnsi" w:cstheme="majorHAnsi"/>
          <w:sz w:val="26"/>
          <w:szCs w:val="26"/>
          <w:lang w:val="pl-PL"/>
        </w:rPr>
      </w:pPr>
      <w:r w:rsidRPr="0035261D">
        <w:rPr>
          <w:rFonts w:asciiTheme="majorHAnsi" w:hAnsiTheme="majorHAnsi" w:cstheme="majorHAnsi"/>
          <w:b/>
          <w:bCs/>
          <w:sz w:val="26"/>
          <w:szCs w:val="26"/>
          <w:lang w:val="pl-PL"/>
        </w:rPr>
        <w:t>I Wystawy Makiet Kolejowych w Brzozie</w:t>
      </w:r>
      <w:r w:rsidRPr="0035261D">
        <w:rPr>
          <w:rFonts w:asciiTheme="majorHAnsi" w:hAnsiTheme="majorHAnsi" w:cstheme="majorHAnsi"/>
          <w:sz w:val="26"/>
          <w:szCs w:val="26"/>
          <w:lang w:val="pl-PL"/>
        </w:rPr>
        <w:t>, która spotkała się z bardzo dużym zainteresowaniem mieszkańców i miłośników kolejnictwa.</w:t>
      </w:r>
    </w:p>
    <w:p w14:paraId="099270E8" w14:textId="77777777" w:rsidR="0035261D" w:rsidRPr="0035261D" w:rsidRDefault="0035261D" w:rsidP="00491074">
      <w:pPr>
        <w:keepLines/>
        <w:widowControl w:val="0"/>
        <w:spacing w:after="0" w:line="240" w:lineRule="auto"/>
        <w:jc w:val="both"/>
        <w:rPr>
          <w:rFonts w:asciiTheme="majorHAnsi" w:hAnsiTheme="majorHAnsi" w:cstheme="majorHAnsi"/>
          <w:sz w:val="26"/>
          <w:szCs w:val="26"/>
          <w:lang w:val="pl-PL"/>
        </w:rPr>
      </w:pPr>
      <w:r w:rsidRPr="0035261D">
        <w:rPr>
          <w:rFonts w:asciiTheme="majorHAnsi" w:hAnsiTheme="majorHAnsi" w:cstheme="majorHAnsi"/>
          <w:sz w:val="26"/>
          <w:szCs w:val="26"/>
          <w:lang w:val="pl-PL"/>
        </w:rPr>
        <w:t>Jestem dumny, że pomimo panującego upału na terenie naszej gminy odbyło się tak wiele wartościowych wydarzeń. Pokazuje to ogromne zaangażowanie naszych mieszkańców, organizacji społecznych, klubów sportowych, kół gospodyń wiejskich oraz wszystkich osób działających na rzecz lokalnej społeczności.</w:t>
      </w:r>
    </w:p>
    <w:p w14:paraId="520219BF" w14:textId="77777777" w:rsidR="0035261D" w:rsidRPr="0035261D" w:rsidRDefault="0035261D" w:rsidP="00491074">
      <w:pPr>
        <w:keepLines/>
        <w:widowControl w:val="0"/>
        <w:spacing w:after="0" w:line="240" w:lineRule="auto"/>
        <w:jc w:val="both"/>
        <w:rPr>
          <w:rFonts w:asciiTheme="majorHAnsi" w:hAnsiTheme="majorHAnsi" w:cstheme="majorHAnsi"/>
          <w:sz w:val="26"/>
          <w:szCs w:val="26"/>
          <w:lang w:val="pl-PL"/>
        </w:rPr>
      </w:pPr>
      <w:r w:rsidRPr="0035261D">
        <w:rPr>
          <w:rFonts w:asciiTheme="majorHAnsi" w:hAnsiTheme="majorHAnsi" w:cstheme="majorHAnsi"/>
          <w:sz w:val="26"/>
          <w:szCs w:val="26"/>
          <w:lang w:val="pl-PL"/>
        </w:rPr>
        <w:t>Pragnę serdecznie podziękować wszystkim organizatorom, sponsorom, partnerom, wolontariuszom oraz służbom zabezpieczającym wydarzenia za ogrom pracy i zaangażowania.</w:t>
      </w:r>
    </w:p>
    <w:p w14:paraId="5808FF51" w14:textId="77777777" w:rsidR="0035261D" w:rsidRPr="00491074" w:rsidRDefault="0035261D" w:rsidP="00491074">
      <w:pPr>
        <w:keepLines/>
        <w:widowControl w:val="0"/>
        <w:spacing w:after="0" w:line="240" w:lineRule="auto"/>
        <w:jc w:val="both"/>
        <w:rPr>
          <w:rFonts w:asciiTheme="majorHAnsi" w:hAnsiTheme="majorHAnsi" w:cstheme="majorHAnsi"/>
          <w:b/>
          <w:bCs/>
          <w:sz w:val="26"/>
          <w:szCs w:val="26"/>
          <w:lang w:val="pl-PL"/>
        </w:rPr>
      </w:pPr>
    </w:p>
    <w:p w14:paraId="2F34098C" w14:textId="77777777" w:rsidR="0035261D" w:rsidRPr="00491074" w:rsidRDefault="0035261D" w:rsidP="00491074">
      <w:pPr>
        <w:keepLines/>
        <w:widowControl w:val="0"/>
        <w:spacing w:after="0" w:line="240" w:lineRule="auto"/>
        <w:jc w:val="both"/>
        <w:rPr>
          <w:rFonts w:asciiTheme="majorHAnsi" w:hAnsiTheme="majorHAnsi" w:cstheme="majorHAnsi"/>
          <w:b/>
          <w:bCs/>
          <w:sz w:val="26"/>
          <w:szCs w:val="26"/>
          <w:lang w:val="pl-PL"/>
        </w:rPr>
      </w:pPr>
    </w:p>
    <w:p w14:paraId="29C6639A" w14:textId="77777777" w:rsidR="0035261D" w:rsidRDefault="0035261D" w:rsidP="00491074">
      <w:pPr>
        <w:keepLines/>
        <w:widowControl w:val="0"/>
        <w:spacing w:after="0" w:line="240" w:lineRule="auto"/>
        <w:jc w:val="both"/>
        <w:rPr>
          <w:rFonts w:asciiTheme="majorHAnsi" w:hAnsiTheme="majorHAnsi" w:cstheme="majorHAnsi"/>
          <w:b/>
          <w:bCs/>
          <w:sz w:val="26"/>
          <w:szCs w:val="26"/>
          <w:lang w:val="pl-PL"/>
        </w:rPr>
      </w:pPr>
    </w:p>
    <w:p w14:paraId="5EE5AAE4" w14:textId="77777777" w:rsidR="00491074" w:rsidRDefault="00491074" w:rsidP="00491074">
      <w:pPr>
        <w:keepLines/>
        <w:widowControl w:val="0"/>
        <w:spacing w:after="0" w:line="240" w:lineRule="auto"/>
        <w:jc w:val="both"/>
        <w:rPr>
          <w:rFonts w:asciiTheme="majorHAnsi" w:hAnsiTheme="majorHAnsi" w:cstheme="majorHAnsi"/>
          <w:b/>
          <w:bCs/>
          <w:sz w:val="26"/>
          <w:szCs w:val="26"/>
          <w:lang w:val="pl-PL"/>
        </w:rPr>
      </w:pPr>
    </w:p>
    <w:p w14:paraId="600898DD" w14:textId="77777777" w:rsidR="00491074" w:rsidRPr="00491074" w:rsidRDefault="00491074" w:rsidP="00491074">
      <w:pPr>
        <w:keepLines/>
        <w:widowControl w:val="0"/>
        <w:spacing w:after="0" w:line="240" w:lineRule="auto"/>
        <w:jc w:val="both"/>
        <w:rPr>
          <w:rFonts w:asciiTheme="majorHAnsi" w:hAnsiTheme="majorHAnsi" w:cstheme="majorHAnsi"/>
          <w:b/>
          <w:bCs/>
          <w:sz w:val="26"/>
          <w:szCs w:val="26"/>
          <w:lang w:val="pl-PL"/>
        </w:rPr>
      </w:pPr>
    </w:p>
    <w:p w14:paraId="6C15D224" w14:textId="77777777" w:rsidR="0035261D" w:rsidRDefault="0035261D" w:rsidP="00491074">
      <w:pPr>
        <w:keepLines/>
        <w:widowControl w:val="0"/>
        <w:spacing w:after="0" w:line="240" w:lineRule="auto"/>
        <w:jc w:val="both"/>
        <w:rPr>
          <w:rFonts w:asciiTheme="majorHAnsi" w:hAnsiTheme="majorHAnsi" w:cstheme="majorHAnsi"/>
          <w:b/>
          <w:bCs/>
          <w:sz w:val="26"/>
          <w:szCs w:val="26"/>
          <w:lang w:val="pl-PL"/>
        </w:rPr>
      </w:pPr>
    </w:p>
    <w:p w14:paraId="472C9888" w14:textId="77777777" w:rsidR="00491074" w:rsidRPr="00491074" w:rsidRDefault="00491074" w:rsidP="00491074">
      <w:pPr>
        <w:keepLines/>
        <w:widowControl w:val="0"/>
        <w:spacing w:after="0" w:line="240" w:lineRule="auto"/>
        <w:jc w:val="both"/>
        <w:rPr>
          <w:rFonts w:asciiTheme="majorHAnsi" w:hAnsiTheme="majorHAnsi" w:cstheme="majorHAnsi"/>
          <w:b/>
          <w:bCs/>
          <w:sz w:val="26"/>
          <w:szCs w:val="26"/>
          <w:lang w:val="pl-PL"/>
        </w:rPr>
      </w:pPr>
    </w:p>
    <w:p w14:paraId="35A28755" w14:textId="3AE7DCFE" w:rsidR="0035261D" w:rsidRPr="0035261D" w:rsidRDefault="0035261D" w:rsidP="00491074">
      <w:pPr>
        <w:keepLines/>
        <w:widowControl w:val="0"/>
        <w:spacing w:after="0" w:line="240" w:lineRule="auto"/>
        <w:jc w:val="both"/>
        <w:rPr>
          <w:rFonts w:asciiTheme="majorHAnsi" w:hAnsiTheme="majorHAnsi" w:cstheme="majorHAnsi"/>
          <w:b/>
          <w:bCs/>
          <w:sz w:val="26"/>
          <w:szCs w:val="26"/>
          <w:lang w:val="pl-PL"/>
        </w:rPr>
      </w:pPr>
      <w:r w:rsidRPr="0035261D">
        <w:rPr>
          <w:rFonts w:asciiTheme="majorHAnsi" w:hAnsiTheme="majorHAnsi" w:cstheme="majorHAnsi"/>
          <w:b/>
          <w:bCs/>
          <w:sz w:val="26"/>
          <w:szCs w:val="26"/>
          <w:lang w:val="pl-PL"/>
        </w:rPr>
        <w:lastRenderedPageBreak/>
        <w:t>Uroczystości zawarcia małżeństwa</w:t>
      </w:r>
    </w:p>
    <w:p w14:paraId="372EA4A4" w14:textId="77777777" w:rsidR="0035261D" w:rsidRPr="0035261D" w:rsidRDefault="0035261D" w:rsidP="00491074">
      <w:pPr>
        <w:keepLines/>
        <w:widowControl w:val="0"/>
        <w:spacing w:after="0" w:line="240" w:lineRule="auto"/>
        <w:jc w:val="both"/>
        <w:rPr>
          <w:rFonts w:asciiTheme="majorHAnsi" w:hAnsiTheme="majorHAnsi" w:cstheme="majorHAnsi"/>
          <w:sz w:val="26"/>
          <w:szCs w:val="26"/>
          <w:lang w:val="pl-PL"/>
        </w:rPr>
      </w:pPr>
      <w:r w:rsidRPr="0035261D">
        <w:rPr>
          <w:rFonts w:asciiTheme="majorHAnsi" w:hAnsiTheme="majorHAnsi" w:cstheme="majorHAnsi"/>
          <w:sz w:val="26"/>
          <w:szCs w:val="26"/>
          <w:lang w:val="pl-PL"/>
        </w:rPr>
        <w:t xml:space="preserve">Tego samego dnia miałem również zaszczyt udzielić </w:t>
      </w:r>
      <w:r w:rsidRPr="0035261D">
        <w:rPr>
          <w:rFonts w:asciiTheme="majorHAnsi" w:hAnsiTheme="majorHAnsi" w:cstheme="majorHAnsi"/>
          <w:b/>
          <w:bCs/>
          <w:sz w:val="26"/>
          <w:szCs w:val="26"/>
          <w:lang w:val="pl-PL"/>
        </w:rPr>
        <w:t>dwóch ślubów cywilnych</w:t>
      </w:r>
      <w:r w:rsidRPr="0035261D">
        <w:rPr>
          <w:rFonts w:asciiTheme="majorHAnsi" w:hAnsiTheme="majorHAnsi" w:cstheme="majorHAnsi"/>
          <w:sz w:val="26"/>
          <w:szCs w:val="26"/>
          <w:lang w:val="pl-PL"/>
        </w:rPr>
        <w:t>.</w:t>
      </w:r>
    </w:p>
    <w:p w14:paraId="136EFC7A" w14:textId="77777777" w:rsidR="0035261D" w:rsidRPr="0035261D" w:rsidRDefault="0035261D" w:rsidP="00491074">
      <w:pPr>
        <w:keepLines/>
        <w:widowControl w:val="0"/>
        <w:spacing w:after="0" w:line="240" w:lineRule="auto"/>
        <w:jc w:val="both"/>
        <w:rPr>
          <w:rFonts w:asciiTheme="majorHAnsi" w:hAnsiTheme="majorHAnsi" w:cstheme="majorHAnsi"/>
          <w:sz w:val="26"/>
          <w:szCs w:val="26"/>
          <w:lang w:val="pl-PL"/>
        </w:rPr>
      </w:pPr>
      <w:r w:rsidRPr="0035261D">
        <w:rPr>
          <w:rFonts w:asciiTheme="majorHAnsi" w:hAnsiTheme="majorHAnsi" w:cstheme="majorHAnsi"/>
          <w:sz w:val="26"/>
          <w:szCs w:val="26"/>
          <w:lang w:val="pl-PL"/>
        </w:rPr>
        <w:t>Za każdym razem jest to dla mnie wyjątkowy i niezwykle wzruszający moment. Powstawanie nowych rodzin to najlepszy dowód na rozwój naszej lokalnej wspólnoty i jej przyszłość.</w:t>
      </w:r>
    </w:p>
    <w:p w14:paraId="23D88015" w14:textId="77777777" w:rsidR="0035261D" w:rsidRPr="0035261D" w:rsidRDefault="0035261D" w:rsidP="00491074">
      <w:pPr>
        <w:keepLines/>
        <w:widowControl w:val="0"/>
        <w:spacing w:after="0" w:line="240" w:lineRule="auto"/>
        <w:jc w:val="both"/>
        <w:rPr>
          <w:rFonts w:asciiTheme="majorHAnsi" w:hAnsiTheme="majorHAnsi" w:cstheme="majorHAnsi"/>
          <w:sz w:val="26"/>
          <w:szCs w:val="26"/>
          <w:lang w:val="pl-PL"/>
        </w:rPr>
      </w:pPr>
      <w:r w:rsidRPr="0035261D">
        <w:rPr>
          <w:rFonts w:asciiTheme="majorHAnsi" w:hAnsiTheme="majorHAnsi" w:cstheme="majorHAnsi"/>
          <w:sz w:val="26"/>
          <w:szCs w:val="26"/>
          <w:lang w:val="pl-PL"/>
        </w:rPr>
        <w:t>Nowożeńcom złożyłem serdeczne życzenia zdrowia, wzajemnego szacunku, miłości oraz wszelkiej pomyślności na nowej drodze życia.</w:t>
      </w:r>
    </w:p>
    <w:p w14:paraId="43B65C1A" w14:textId="3AA49043" w:rsidR="0035261D" w:rsidRPr="0035261D" w:rsidRDefault="0035261D" w:rsidP="00491074">
      <w:pPr>
        <w:keepLines/>
        <w:widowControl w:val="0"/>
        <w:spacing w:after="0" w:line="240" w:lineRule="auto"/>
        <w:jc w:val="both"/>
        <w:rPr>
          <w:rFonts w:asciiTheme="majorHAnsi" w:hAnsiTheme="majorHAnsi" w:cstheme="majorHAnsi"/>
          <w:sz w:val="26"/>
          <w:szCs w:val="26"/>
          <w:lang w:val="pl-PL"/>
        </w:rPr>
      </w:pPr>
    </w:p>
    <w:p w14:paraId="45F82D4F" w14:textId="77777777" w:rsidR="0035261D" w:rsidRPr="0035261D" w:rsidRDefault="0035261D" w:rsidP="00491074">
      <w:pPr>
        <w:keepLines/>
        <w:widowControl w:val="0"/>
        <w:spacing w:after="0" w:line="240" w:lineRule="auto"/>
        <w:jc w:val="both"/>
        <w:rPr>
          <w:rFonts w:asciiTheme="majorHAnsi" w:hAnsiTheme="majorHAnsi" w:cstheme="majorHAnsi"/>
          <w:b/>
          <w:bCs/>
          <w:sz w:val="26"/>
          <w:szCs w:val="26"/>
          <w:lang w:val="pl-PL"/>
        </w:rPr>
      </w:pPr>
      <w:r w:rsidRPr="0035261D">
        <w:rPr>
          <w:rFonts w:asciiTheme="majorHAnsi" w:hAnsiTheme="majorHAnsi" w:cstheme="majorHAnsi"/>
          <w:b/>
          <w:bCs/>
          <w:sz w:val="26"/>
          <w:szCs w:val="26"/>
          <w:lang w:val="pl-PL"/>
        </w:rPr>
        <w:t>29 czerwca 2026 r.</w:t>
      </w:r>
    </w:p>
    <w:p w14:paraId="5CEEFDB3" w14:textId="77777777" w:rsidR="0035261D" w:rsidRPr="0035261D" w:rsidRDefault="0035261D" w:rsidP="00491074">
      <w:pPr>
        <w:keepLines/>
        <w:widowControl w:val="0"/>
        <w:spacing w:after="0" w:line="240" w:lineRule="auto"/>
        <w:jc w:val="both"/>
        <w:rPr>
          <w:rFonts w:asciiTheme="majorHAnsi" w:hAnsiTheme="majorHAnsi" w:cstheme="majorHAnsi"/>
          <w:sz w:val="26"/>
          <w:szCs w:val="26"/>
          <w:lang w:val="pl-PL"/>
        </w:rPr>
      </w:pPr>
      <w:r w:rsidRPr="0035261D">
        <w:rPr>
          <w:rFonts w:asciiTheme="majorHAnsi" w:hAnsiTheme="majorHAnsi" w:cstheme="majorHAnsi"/>
          <w:sz w:val="26"/>
          <w:szCs w:val="26"/>
          <w:lang w:val="pl-PL"/>
        </w:rPr>
        <w:t xml:space="preserve">Odbyłem spotkanie z udziałem prawników </w:t>
      </w:r>
      <w:r w:rsidRPr="0035261D">
        <w:rPr>
          <w:rFonts w:asciiTheme="majorHAnsi" w:hAnsiTheme="majorHAnsi" w:cstheme="majorHAnsi"/>
          <w:b/>
          <w:bCs/>
          <w:sz w:val="26"/>
          <w:szCs w:val="26"/>
          <w:lang w:val="pl-PL"/>
        </w:rPr>
        <w:t>Urzędu Gminy Nowa Wieś Wielka</w:t>
      </w:r>
      <w:r w:rsidRPr="0035261D">
        <w:rPr>
          <w:rFonts w:asciiTheme="majorHAnsi" w:hAnsiTheme="majorHAnsi" w:cstheme="majorHAnsi"/>
          <w:sz w:val="26"/>
          <w:szCs w:val="26"/>
          <w:lang w:val="pl-PL"/>
        </w:rPr>
        <w:t xml:space="preserve"> oraz przedstawicieli </w:t>
      </w:r>
      <w:r w:rsidRPr="0035261D">
        <w:rPr>
          <w:rFonts w:asciiTheme="majorHAnsi" w:hAnsiTheme="majorHAnsi" w:cstheme="majorHAnsi"/>
          <w:b/>
          <w:bCs/>
          <w:sz w:val="26"/>
          <w:szCs w:val="26"/>
          <w:lang w:val="pl-PL"/>
        </w:rPr>
        <w:t>Wodnego Ochotniczego Pogotowia Ratunkowego</w:t>
      </w:r>
      <w:r w:rsidRPr="0035261D">
        <w:rPr>
          <w:rFonts w:asciiTheme="majorHAnsi" w:hAnsiTheme="majorHAnsi" w:cstheme="majorHAnsi"/>
          <w:sz w:val="26"/>
          <w:szCs w:val="26"/>
          <w:lang w:val="pl-PL"/>
        </w:rPr>
        <w:t xml:space="preserve"> dotyczące możliwości uruchomienia jeszcze w bieżącym sezonie letnim </w:t>
      </w:r>
      <w:r w:rsidRPr="0035261D">
        <w:rPr>
          <w:rFonts w:asciiTheme="majorHAnsi" w:hAnsiTheme="majorHAnsi" w:cstheme="majorHAnsi"/>
          <w:b/>
          <w:bCs/>
          <w:sz w:val="26"/>
          <w:szCs w:val="26"/>
          <w:lang w:val="pl-PL"/>
        </w:rPr>
        <w:t>okazjonalnego miejsca wykorzystywanego do kąpieli</w:t>
      </w:r>
      <w:r w:rsidRPr="0035261D">
        <w:rPr>
          <w:rFonts w:asciiTheme="majorHAnsi" w:hAnsiTheme="majorHAnsi" w:cstheme="majorHAnsi"/>
          <w:sz w:val="26"/>
          <w:szCs w:val="26"/>
          <w:lang w:val="pl-PL"/>
        </w:rPr>
        <w:t>.</w:t>
      </w:r>
    </w:p>
    <w:p w14:paraId="5787993D" w14:textId="77777777" w:rsidR="0035261D" w:rsidRPr="0035261D" w:rsidRDefault="0035261D" w:rsidP="00491074">
      <w:pPr>
        <w:keepLines/>
        <w:widowControl w:val="0"/>
        <w:spacing w:after="0" w:line="240" w:lineRule="auto"/>
        <w:jc w:val="both"/>
        <w:rPr>
          <w:rFonts w:asciiTheme="majorHAnsi" w:hAnsiTheme="majorHAnsi" w:cstheme="majorHAnsi"/>
          <w:sz w:val="26"/>
          <w:szCs w:val="26"/>
          <w:lang w:val="pl-PL"/>
        </w:rPr>
      </w:pPr>
      <w:r w:rsidRPr="0035261D">
        <w:rPr>
          <w:rFonts w:asciiTheme="majorHAnsi" w:hAnsiTheme="majorHAnsi" w:cstheme="majorHAnsi"/>
          <w:sz w:val="26"/>
          <w:szCs w:val="26"/>
          <w:lang w:val="pl-PL"/>
        </w:rPr>
        <w:t>Podczas spotkania szczegółowo przeanalizowano obowiązujące przepisy prawa, możliwości organizacyjne oraz wymagania dotyczące bezpieczeństwa osób korzystających z kąpieliska.</w:t>
      </w:r>
    </w:p>
    <w:p w14:paraId="080E9181" w14:textId="77777777" w:rsidR="0035261D" w:rsidRPr="0035261D" w:rsidRDefault="0035261D" w:rsidP="00491074">
      <w:pPr>
        <w:keepLines/>
        <w:widowControl w:val="0"/>
        <w:spacing w:after="0" w:line="240" w:lineRule="auto"/>
        <w:jc w:val="both"/>
        <w:rPr>
          <w:rFonts w:asciiTheme="majorHAnsi" w:hAnsiTheme="majorHAnsi" w:cstheme="majorHAnsi"/>
          <w:sz w:val="26"/>
          <w:szCs w:val="26"/>
          <w:lang w:val="pl-PL"/>
        </w:rPr>
      </w:pPr>
      <w:r w:rsidRPr="0035261D">
        <w:rPr>
          <w:rFonts w:asciiTheme="majorHAnsi" w:hAnsiTheme="majorHAnsi" w:cstheme="majorHAnsi"/>
          <w:sz w:val="26"/>
          <w:szCs w:val="26"/>
          <w:lang w:val="pl-PL"/>
        </w:rPr>
        <w:t>Omówiono również zakres współpracy z WOPR, sposób zabezpieczenia ratowniczego oraz harmonogram działań umożliwiających uruchomienie miejsca jeszcze w tegorocznym sezonie.</w:t>
      </w:r>
    </w:p>
    <w:p w14:paraId="31F0BB42" w14:textId="77777777" w:rsidR="0035261D" w:rsidRPr="0035261D" w:rsidRDefault="0035261D" w:rsidP="00491074">
      <w:pPr>
        <w:keepLines/>
        <w:widowControl w:val="0"/>
        <w:spacing w:after="0" w:line="240" w:lineRule="auto"/>
        <w:jc w:val="both"/>
        <w:rPr>
          <w:rFonts w:asciiTheme="majorHAnsi" w:hAnsiTheme="majorHAnsi" w:cstheme="majorHAnsi"/>
          <w:sz w:val="26"/>
          <w:szCs w:val="26"/>
          <w:lang w:val="pl-PL"/>
        </w:rPr>
      </w:pPr>
      <w:r w:rsidRPr="0035261D">
        <w:rPr>
          <w:rFonts w:asciiTheme="majorHAnsi" w:hAnsiTheme="majorHAnsi" w:cstheme="majorHAnsi"/>
          <w:sz w:val="26"/>
          <w:szCs w:val="26"/>
          <w:lang w:val="pl-PL"/>
        </w:rPr>
        <w:t>Mam nadzieję, że prowadzone działania zakończą się powodzeniem, dzięki czemu mieszkańcy naszej gminy będą mogli korzystać z bezpiecznego i legalnie funkcjonującego miejsca do wypoczynku nad wodą.</w:t>
      </w:r>
    </w:p>
    <w:sectPr w:rsidR="0035261D" w:rsidRPr="0035261D" w:rsidSect="007A49BC">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5F5B1" w14:textId="77777777" w:rsidR="0027392C" w:rsidRDefault="0027392C" w:rsidP="009C671B">
      <w:pPr>
        <w:spacing w:after="0" w:line="240" w:lineRule="auto"/>
      </w:pPr>
      <w:r>
        <w:separator/>
      </w:r>
    </w:p>
  </w:endnote>
  <w:endnote w:type="continuationSeparator" w:id="0">
    <w:p w14:paraId="016BF54E" w14:textId="77777777" w:rsidR="0027392C" w:rsidRDefault="0027392C" w:rsidP="009C6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8F38E" w14:textId="77777777" w:rsidR="0027392C" w:rsidRDefault="0027392C" w:rsidP="009C671B">
      <w:pPr>
        <w:spacing w:after="0" w:line="240" w:lineRule="auto"/>
      </w:pPr>
      <w:r>
        <w:separator/>
      </w:r>
    </w:p>
  </w:footnote>
  <w:footnote w:type="continuationSeparator" w:id="0">
    <w:p w14:paraId="37313BD5" w14:textId="77777777" w:rsidR="0027392C" w:rsidRDefault="0027392C" w:rsidP="009C67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1A487B7B"/>
    <w:multiLevelType w:val="multilevel"/>
    <w:tmpl w:val="D08AC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A2404B"/>
    <w:multiLevelType w:val="multilevel"/>
    <w:tmpl w:val="9B7C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4101E7"/>
    <w:multiLevelType w:val="multilevel"/>
    <w:tmpl w:val="561CF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AF606C"/>
    <w:multiLevelType w:val="multilevel"/>
    <w:tmpl w:val="D4CE9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4955470">
    <w:abstractNumId w:val="8"/>
  </w:num>
  <w:num w:numId="2" w16cid:durableId="722027280">
    <w:abstractNumId w:val="6"/>
  </w:num>
  <w:num w:numId="3" w16cid:durableId="158424202">
    <w:abstractNumId w:val="5"/>
  </w:num>
  <w:num w:numId="4" w16cid:durableId="141120140">
    <w:abstractNumId w:val="4"/>
  </w:num>
  <w:num w:numId="5" w16cid:durableId="317733801">
    <w:abstractNumId w:val="7"/>
  </w:num>
  <w:num w:numId="6" w16cid:durableId="643856217">
    <w:abstractNumId w:val="3"/>
  </w:num>
  <w:num w:numId="7" w16cid:durableId="2084402537">
    <w:abstractNumId w:val="2"/>
  </w:num>
  <w:num w:numId="8" w16cid:durableId="1117874335">
    <w:abstractNumId w:val="1"/>
  </w:num>
  <w:num w:numId="9" w16cid:durableId="1274361438">
    <w:abstractNumId w:val="0"/>
  </w:num>
  <w:num w:numId="10" w16cid:durableId="1773934580">
    <w:abstractNumId w:val="10"/>
  </w:num>
  <w:num w:numId="11" w16cid:durableId="53242072">
    <w:abstractNumId w:val="9"/>
  </w:num>
  <w:num w:numId="12" w16cid:durableId="19672449">
    <w:abstractNumId w:val="11"/>
  </w:num>
  <w:num w:numId="13" w16cid:durableId="15347351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50DEC"/>
    <w:rsid w:val="0005454F"/>
    <w:rsid w:val="0006063C"/>
    <w:rsid w:val="00077584"/>
    <w:rsid w:val="000F714C"/>
    <w:rsid w:val="001428C5"/>
    <w:rsid w:val="0015074B"/>
    <w:rsid w:val="001A0F35"/>
    <w:rsid w:val="001B6432"/>
    <w:rsid w:val="001F096D"/>
    <w:rsid w:val="00215BE4"/>
    <w:rsid w:val="00240BDE"/>
    <w:rsid w:val="0027392C"/>
    <w:rsid w:val="00291779"/>
    <w:rsid w:val="0029639D"/>
    <w:rsid w:val="002974CC"/>
    <w:rsid w:val="002A1F88"/>
    <w:rsid w:val="00314BF1"/>
    <w:rsid w:val="0031554F"/>
    <w:rsid w:val="00326F90"/>
    <w:rsid w:val="00346C86"/>
    <w:rsid w:val="0035261D"/>
    <w:rsid w:val="003C12C5"/>
    <w:rsid w:val="003C3FEE"/>
    <w:rsid w:val="00491074"/>
    <w:rsid w:val="004D221D"/>
    <w:rsid w:val="0050423B"/>
    <w:rsid w:val="005542E2"/>
    <w:rsid w:val="00576759"/>
    <w:rsid w:val="005F0242"/>
    <w:rsid w:val="00667CC0"/>
    <w:rsid w:val="00691CA8"/>
    <w:rsid w:val="006D33F3"/>
    <w:rsid w:val="00740EE6"/>
    <w:rsid w:val="00761E18"/>
    <w:rsid w:val="00775352"/>
    <w:rsid w:val="0079570E"/>
    <w:rsid w:val="00797813"/>
    <w:rsid w:val="007A49BC"/>
    <w:rsid w:val="007A5695"/>
    <w:rsid w:val="007C4581"/>
    <w:rsid w:val="007D43AE"/>
    <w:rsid w:val="008508AE"/>
    <w:rsid w:val="008A2B49"/>
    <w:rsid w:val="008B4C1F"/>
    <w:rsid w:val="008F7A29"/>
    <w:rsid w:val="00902862"/>
    <w:rsid w:val="00972B8A"/>
    <w:rsid w:val="00985E51"/>
    <w:rsid w:val="009A0856"/>
    <w:rsid w:val="009C64A1"/>
    <w:rsid w:val="009C671B"/>
    <w:rsid w:val="009D531C"/>
    <w:rsid w:val="009E7DAA"/>
    <w:rsid w:val="00A310B2"/>
    <w:rsid w:val="00A578C7"/>
    <w:rsid w:val="00A85580"/>
    <w:rsid w:val="00AA1D8D"/>
    <w:rsid w:val="00AA49F3"/>
    <w:rsid w:val="00AC33B2"/>
    <w:rsid w:val="00B14DE0"/>
    <w:rsid w:val="00B26A4F"/>
    <w:rsid w:val="00B4323D"/>
    <w:rsid w:val="00B47730"/>
    <w:rsid w:val="00B60E5D"/>
    <w:rsid w:val="00BB2CAE"/>
    <w:rsid w:val="00C02B9A"/>
    <w:rsid w:val="00C1229A"/>
    <w:rsid w:val="00C329E5"/>
    <w:rsid w:val="00C84CF8"/>
    <w:rsid w:val="00CB0664"/>
    <w:rsid w:val="00D549E3"/>
    <w:rsid w:val="00D724B1"/>
    <w:rsid w:val="00DE1D41"/>
    <w:rsid w:val="00EB0B2F"/>
    <w:rsid w:val="00F5678F"/>
    <w:rsid w:val="00FA25C8"/>
    <w:rsid w:val="00FB0732"/>
    <w:rsid w:val="00FB646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066AE7"/>
  <w14:defaultImageDpi w14:val="300"/>
  <w15:docId w15:val="{0A097A0A-3745-4AB2-BD67-4E87E72F4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kstdymka">
    <w:name w:val="Balloon Text"/>
    <w:basedOn w:val="Normalny"/>
    <w:link w:val="TekstdymkaZnak"/>
    <w:uiPriority w:val="99"/>
    <w:semiHidden/>
    <w:unhideWhenUsed/>
    <w:rsid w:val="008F7A2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F7A29"/>
    <w:rPr>
      <w:rFonts w:ascii="Segoe UI" w:hAnsi="Segoe UI" w:cs="Segoe UI"/>
      <w:sz w:val="18"/>
      <w:szCs w:val="18"/>
    </w:rPr>
  </w:style>
  <w:style w:type="character" w:styleId="Hipercze">
    <w:name w:val="Hyperlink"/>
    <w:basedOn w:val="Domylnaczcionkaakapitu"/>
    <w:uiPriority w:val="99"/>
    <w:unhideWhenUsed/>
    <w:rsid w:val="0050423B"/>
    <w:rPr>
      <w:color w:val="0000FF" w:themeColor="hyperlink"/>
      <w:u w:val="single"/>
    </w:rPr>
  </w:style>
  <w:style w:type="character" w:styleId="Nierozpoznanawzmianka">
    <w:name w:val="Unresolved Mention"/>
    <w:basedOn w:val="Domylnaczcionkaakapitu"/>
    <w:uiPriority w:val="99"/>
    <w:semiHidden/>
    <w:unhideWhenUsed/>
    <w:rsid w:val="0050423B"/>
    <w:rPr>
      <w:color w:val="605E5C"/>
      <w:shd w:val="clear" w:color="auto" w:fill="E1DFDD"/>
    </w:rPr>
  </w:style>
  <w:style w:type="paragraph" w:styleId="Tekstprzypisukocowego">
    <w:name w:val="endnote text"/>
    <w:basedOn w:val="Normalny"/>
    <w:link w:val="TekstprzypisukocowegoZnak"/>
    <w:uiPriority w:val="99"/>
    <w:semiHidden/>
    <w:unhideWhenUsed/>
    <w:rsid w:val="009C671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C671B"/>
    <w:rPr>
      <w:sz w:val="20"/>
      <w:szCs w:val="20"/>
    </w:rPr>
  </w:style>
  <w:style w:type="character" w:styleId="Odwoanieprzypisukocowego">
    <w:name w:val="endnote reference"/>
    <w:basedOn w:val="Domylnaczcionkaakapitu"/>
    <w:uiPriority w:val="99"/>
    <w:semiHidden/>
    <w:unhideWhenUsed/>
    <w:rsid w:val="009C67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29982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nowawieswielka.pl/zarzadzenie/2472/zarzadzenie-nr-26-2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9F2B3-AAAA-4565-8B06-E093868FA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2488</Words>
  <Characters>14929</Characters>
  <Application>Microsoft Office Word</Application>
  <DocSecurity>0</DocSecurity>
  <Lines>124</Lines>
  <Paragraphs>34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17383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Wójt</cp:lastModifiedBy>
  <cp:revision>2</cp:revision>
  <cp:lastPrinted>2025-09-29T12:42:00Z</cp:lastPrinted>
  <dcterms:created xsi:type="dcterms:W3CDTF">2026-06-29T11:33:00Z</dcterms:created>
  <dcterms:modified xsi:type="dcterms:W3CDTF">2026-06-29T11:33:00Z</dcterms:modified>
  <cp:category/>
</cp:coreProperties>
</file>